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8207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e804382-cd9c-4705-8dc9-f43e115685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820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6f86395-e815-472c-90f8-4b8c6d42932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