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758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f436474-b512-4f17-a1c8-1a64de5496c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75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75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671f274-e062-41bd-8a99-20ac04cf2d9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758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