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39762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48745dc-5438-41bb-b6d3-4d660bbe93f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3976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38806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a541be-caf3-4b95-9d82-7c9085b46fd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3880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38893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a8fb48d-50d9-42f7-af11-9383046e1ca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3889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38806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3d47cf7-0d6f-4740-ac47-e8d20101773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388064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