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92ab22c-b7a5-4059-94f1-3011dc7a0f5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a97ced-facf-4739-94fb-ce50de76343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