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199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99fbe31-fc34-4ed4-b4d6-fc902210a29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1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ac95f29-41ce-45cc-bcd6-4d4764262a5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84c1592-6161-40ba-afc4-1bf07e17d4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0b4da00-dd2c-4258-9b80-3c6c3ba4ad9f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d81940c-ef2f-4956-ad83-969c68ab60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5793793-4ca9-47e6-9849-8a34892b267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80c3ad-9914-4538-b956-f739bb49622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2b2dc56-ed83-4cce-b5c8-d9077a371fa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229bd5c-0865-4ec8-8a74-289e5ffda55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882545c-5e0a-41f9-a8e5-ca4f7064d16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d17e17e-b8ac-486e-b849-ff125792663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3cf0d44-6837-41b0-97cc-b452aa8dd6ed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692f3a9-0993-4c2c-8ee3-e2c0e51cbb8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3497d4-b7e0-4235-ac6f-d2db7a777ed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ec563c-0689-4bf5-90a0-b971bdb2be2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6df3d15-08b5-45f7-b210-c50329ffff3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98eabf8-d4f4-4fd7-9819-8995c33708a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0f2b18d-3daf-4938-9e5f-563791fda87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845e0c7-a570-4a39-91e4-40b0b0307aa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5ed0b46-6016-4846-a412-cb0b5cf0379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073e34-f041-418d-8af8-ddad8d055c2e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13297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69b7e8-2916-45a7-96fc-5f5fe7f7ed1d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132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1999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97ba588-5f8a-4c12-982c-29fbfecf6f8a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1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1999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79729bf-f4c5-4cd4-a0dc-1f17f6b3132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19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