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165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a743e0-b6cb-4ca1-9395-e2b74c44be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165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