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250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6ba3152-a0ca-49c8-8943-1651b5c802fd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250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539248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6e5194b-2e99-43e2-9a23-ace5d143824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5392485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