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172792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f54cf3f-e432-4ae6-9f14-5290dffcdda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1727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541199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58f5f21-af2e-4875-8d86-c59be7a1b2d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541199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