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669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477e8b4-5700-46a0-9588-78fea93f506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669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53978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4d5c1de-8766-4f6f-9159-0a40ac79ab4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39780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