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0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584d68-5945-44b2-b788-52175952c6f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0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190deaa-7184-4a16-9b66-f781b3cf8ba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02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d16eeac-ae4a-4758-90ea-f0b5ed121c3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0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669b4a0-4fdd-4913-b0a0-6773543a44a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02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