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00367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80cd3744-dfe2-453f-bfb3-fd1c796f391c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00367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17871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a196f837-4a3b-4ab1-8c41-02b0b1c821a2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17871"/>
                    </a:xfrm>
                    <a:prstGeom prst="rect"/>
                  </pic:spPr>
                </pic:pic>
              </a:graphicData>
            </a:graphic>
          </wp:inline>
        </w:drawing>
      </w:r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  <w:rPr>
      <w:rFonts w:ascii="宋体" w:hAnsi="宋体" w:eastAsia="宋体"/>
      <w:color w:val="000000"/>
      <w:sz w:val="21"/>
    </w:rPr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 w:ascii="宋体" w:hAnsi="宋体" w:eastAsia="宋体"/>
      <w:b/>
      <w:bCs/>
      <w:color w:val="000000"/>
      <w:sz w:val="44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 w:ascii="宋体" w:hAnsi="宋体" w:eastAsia="宋体"/>
      <w:b/>
      <w:bCs/>
      <w:color w:val="000000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 w:ascii="宋体" w:hAnsi="宋体" w:eastAsia="宋体"/>
      <w:b/>
      <w:bCs/>
      <w:color w:val="000000"/>
      <w:sz w:val="3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 w:ascii="宋体" w:hAnsi="宋体" w:eastAsia="宋体"/>
      <w:b/>
      <w:bCs/>
      <w:i/>
      <w:iCs/>
      <w:color w:val="000000"/>
      <w:sz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 w:ascii="宋体" w:hAnsi="宋体" w:eastAsia="宋体"/>
      <w:b/>
      <w:color w:val="000000"/>
      <w:sz w:val="28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 w:ascii="宋体" w:hAnsi="宋体" w:eastAsia="宋体"/>
      <w:b/>
      <w:i/>
      <w:iCs/>
      <w:color w:val="000000"/>
      <w:sz w:val="24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 w:ascii="宋体" w:hAnsi="宋体" w:eastAsia="宋体"/>
      <w:b/>
      <w:i/>
      <w:iCs/>
      <w:color w:val="000000"/>
      <w:sz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 w:ascii="宋体" w:hAnsi="宋体" w:eastAsia="宋体"/>
      <w:b/>
      <w:color w:val="000000"/>
      <w:sz w:val="24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 w:ascii="宋体" w:hAnsi="宋体" w:eastAsia="宋体"/>
      <w:b/>
      <w:i/>
      <w:iCs/>
      <w:color w:val="000000"/>
      <w:sz w:val="21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jpg"/><Relationship Id="rId10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