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214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e3af869-6842-4f7c-a136-5f7a8521390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21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39957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0e25f71-e5a7-4ea0-95cb-af53647b44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399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1251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15377e1-a6c0-411c-adc6-ba3ca6da7f0f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125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38740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fdb8925-6df6-451f-9bd8-66c0eba3686c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3874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1179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c506af-3d77-4f22-b035-45992f8415d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1179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