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3424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d9a6eeb-7281-441f-9850-c82a16caa61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42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3562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529264-0b5e-4962-ae95-476cc5876ab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56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2461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6f2d6bb-f5fe-49a3-839c-d45a2988e4b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461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