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77cec19-2ae8-4cb0-89b1-d2af082472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1545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ee36c78-0272-4482-89c1-3336b0e9389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154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1545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fdedf6d-7589-4786-bcc7-bb8c0fef484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1545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