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7799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7b5fa48-189b-4a49-805c-86d064c9593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7799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