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23231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086f800-e677-43c4-8eb6-ef9f693ebbcd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2323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13344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ae01a82-9e43-49c6-b685-ac55fc4469a8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1334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10255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78de5de-c4c5-4959-9423-4f624212307a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10255"/>
                    </a:xfrm>
                    <a:prstGeom prst="rect"/>
                  </pic:spPr>
                </pic:pic>
              </a:graphicData>
            </a:graphic>
          </wp:inline>
        </w:drawing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  <w:rPr>
      <w:rFonts w:ascii="宋体" w:hAnsi="宋体" w:eastAsia="宋体"/>
      <w:color w:val="000000"/>
      <w:sz w:val="21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4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 w:ascii="宋体" w:hAnsi="宋体" w:eastAsia="宋体"/>
      <w:b/>
      <w:bCs/>
      <w:i/>
      <w:iCs/>
      <w:color w:val="000000"/>
      <w:sz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 w:ascii="宋体" w:hAnsi="宋体" w:eastAsia="宋体"/>
      <w:b/>
      <w:color w:val="000000"/>
      <w:sz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 w:ascii="宋体" w:hAnsi="宋体" w:eastAsia="宋体"/>
      <w:b/>
      <w:color w:val="000000"/>
      <w:sz w:val="24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1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jpg"/><Relationship Id="rId10" Type="http://schemas.openxmlformats.org/officeDocument/2006/relationships/image" Target="media/image2.jpg"/><Relationship Id="rId1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