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5595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b7b48231-faac-48af-a7de-beb7deb526bc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5595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48335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1902cda-f329-447b-a314-ac967bc10dc2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4833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48335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c80ee1e1-bcb1-4540-a5b2-2bd6c921c50a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4833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48335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ee3d9b4e-4046-417e-90ae-cbc493ea55ca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4833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48335"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fdfeb7e-b196-4717-ae51-f477e7e5dc60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4833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48335"/>
            <wp:docPr id="6" name="Picture 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85f59a77-fd4e-46b7-b384-e930c9fdec95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4833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48335"/>
            <wp:docPr id="7" name="Picture 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73fa4d1c-3531-423e-9a68-4982dd1cbaa3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48335"/>
                    </a:xfrm>
                    <a:prstGeom prst="rect"/>
                  </pic:spPr>
                </pic:pic>
              </a:graphicData>
            </a:graphic>
          </wp:inline>
        </w:drawing>
      </w:r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  <w:rPr>
      <w:rFonts w:ascii="宋体" w:hAnsi="宋体" w:eastAsia="宋体"/>
      <w:color w:val="000000"/>
      <w:sz w:val="21"/>
    </w:rPr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 w:ascii="宋体" w:hAnsi="宋体" w:eastAsia="宋体"/>
      <w:b/>
      <w:bCs/>
      <w:color w:val="000000"/>
      <w:sz w:val="44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 w:ascii="宋体" w:hAnsi="宋体" w:eastAsia="宋体"/>
      <w:b/>
      <w:bCs/>
      <w:color w:val="000000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 w:ascii="宋体" w:hAnsi="宋体" w:eastAsia="宋体"/>
      <w:b/>
      <w:bCs/>
      <w:color w:val="000000"/>
      <w:sz w:val="3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 w:ascii="宋体" w:hAnsi="宋体" w:eastAsia="宋体"/>
      <w:b/>
      <w:bCs/>
      <w:i/>
      <w:iCs/>
      <w:color w:val="000000"/>
      <w:sz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 w:ascii="宋体" w:hAnsi="宋体" w:eastAsia="宋体"/>
      <w:b/>
      <w:color w:val="000000"/>
      <w:sz w:val="28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 w:ascii="宋体" w:hAnsi="宋体" w:eastAsia="宋体"/>
      <w:b/>
      <w:i/>
      <w:iCs/>
      <w:color w:val="000000"/>
      <w:sz w:val="24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 w:ascii="宋体" w:hAnsi="宋体" w:eastAsia="宋体"/>
      <w:b/>
      <w:i/>
      <w:iCs/>
      <w:color w:val="000000"/>
      <w:sz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 w:ascii="宋体" w:hAnsi="宋体" w:eastAsia="宋体"/>
      <w:b/>
      <w:color w:val="000000"/>
      <w:sz w:val="24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 w:ascii="宋体" w:hAnsi="宋体" w:eastAsia="宋体"/>
      <w:b/>
      <w:i/>
      <w:iCs/>
      <w:color w:val="000000"/>
      <w:sz w:val="21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jpg"/><Relationship Id="rId10" Type="http://schemas.openxmlformats.org/officeDocument/2006/relationships/image" Target="media/image2.jpg"/><Relationship Id="rId11" Type="http://schemas.openxmlformats.org/officeDocument/2006/relationships/image" Target="media/image3.jpg"/><Relationship Id="rId12" Type="http://schemas.openxmlformats.org/officeDocument/2006/relationships/image" Target="media/image4.jpg"/><Relationship Id="rId13" Type="http://schemas.openxmlformats.org/officeDocument/2006/relationships/image" Target="media/image5.jpg"/><Relationship Id="rId14" Type="http://schemas.openxmlformats.org/officeDocument/2006/relationships/image" Target="media/image6.jpg"/><Relationship Id="rId15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