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spacing w:line="360" w:lineRule="auto" w:before="0" w:after="0"/>
        <w:ind w:firstLine="420"/>
      </w:pPr>
      <w:r>
        <w:t>资产负债率：3.56%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690ca36-e8d2-4e54-b6b8-d84a8523854d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e116332-10d0-452c-a91a-0dc450af63f1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8c9b75b-c351-41dd-ad06-1473ea40819d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10f01cb-9166-4891-acc4-8e54b97ec064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51c198c-8331-41e0-ba65-6dc1d4742738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f3d99f5-fb35-4043-b40d-1e097cbeba35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6dbe253-7b43-4523-86d9-b580c02d9743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d6f5272-e646-4cfb-b558-4110019967ed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d40a5fb-dceb-44f5-b018-10b7f6611ed5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5347c33-d1b1-41bc-9ed3-4498738334f2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9d71708-0741-4355-a6c5-bf4b2b466145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99b2f6d-0a8f-4740-b282-0d69dc398fb9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e33c62d-d45a-4865-a7ce-712a0d5f525c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120adb4-def5-4a11-88a6-4e31e7ec82df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1218053-28d0-4702-bbdd-5926be22d39a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c11f470-1a6c-435d-af29-2da8d10db4aa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d371903-749d-4980-9df4-b8613377c7e9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8331757-7922-4d18-86f9-8194768810f9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12cede6-e13f-467b-bed2-fcef9f92b470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20" name="Picture 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b7e22c7-532a-4a4d-a5f9-30f6c5ee9f57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21" name="Picture 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1226c2c-e65e-41d8-8ae0-480fc391ee56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22" name="Picture 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2f8da28-dd9e-4f1a-b425-e45cc890c20f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0158"/>
            <wp:docPr id="23" name="Picture 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b9186e0-a4d0-4342-ae3e-878cd3fc733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0158"/>
                    </a:xfrm>
                    <a:prstGeom prst="rect"/>
                  </pic:spPr>
                </pic:pic>
              </a:graphicData>
            </a:graphic>
          </wp:inline>
        </w:drawing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  <w:rPr>
      <w:rFonts w:ascii="宋体" w:hAnsi="宋体" w:eastAsia="宋体"/>
      <w:color w:val="000000"/>
      <w:sz w:val="21"/>
    </w:rPr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 w:ascii="宋体" w:hAnsi="宋体" w:eastAsia="宋体"/>
      <w:b/>
      <w:bCs/>
      <w:i/>
      <w:iCs/>
      <w:color w:val="000000"/>
      <w:sz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 w:ascii="宋体" w:hAnsi="宋体" w:eastAsia="宋体"/>
      <w:b/>
      <w:color w:val="000000"/>
      <w:sz w:val="28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 w:ascii="宋体" w:hAnsi="宋体" w:eastAsia="宋体"/>
      <w:b/>
      <w:color w:val="000000"/>
      <w:sz w:val="24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1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jpg"/><Relationship Id="rId10" Type="http://schemas.openxmlformats.org/officeDocument/2006/relationships/image" Target="media/image2.jpg"/><Relationship Id="rId11" Type="http://schemas.openxmlformats.org/officeDocument/2006/relationships/image" Target="media/image3.jpg"/><Relationship Id="rId12" Type="http://schemas.openxmlformats.org/officeDocument/2006/relationships/image" Target="media/image4.jpg"/><Relationship Id="rId13" Type="http://schemas.openxmlformats.org/officeDocument/2006/relationships/image" Target="media/image5.jpg"/><Relationship Id="rId14" Type="http://schemas.openxmlformats.org/officeDocument/2006/relationships/image" Target="media/image6.jpg"/><Relationship Id="rId15" Type="http://schemas.openxmlformats.org/officeDocument/2006/relationships/image" Target="media/image7.jpg"/><Relationship Id="rId16" Type="http://schemas.openxmlformats.org/officeDocument/2006/relationships/image" Target="media/image8.jpg"/><Relationship Id="rId17" Type="http://schemas.openxmlformats.org/officeDocument/2006/relationships/image" Target="media/image9.jpg"/><Relationship Id="rId18" Type="http://schemas.openxmlformats.org/officeDocument/2006/relationships/image" Target="media/image10.jpg"/><Relationship Id="rId19" Type="http://schemas.openxmlformats.org/officeDocument/2006/relationships/image" Target="media/image11.jpg"/><Relationship Id="rId20" Type="http://schemas.openxmlformats.org/officeDocument/2006/relationships/image" Target="media/image12.jpg"/><Relationship Id="rId21" Type="http://schemas.openxmlformats.org/officeDocument/2006/relationships/image" Target="media/image13.jpg"/><Relationship Id="rId22" Type="http://schemas.openxmlformats.org/officeDocument/2006/relationships/image" Target="media/image14.jpg"/><Relationship Id="rId23" Type="http://schemas.openxmlformats.org/officeDocument/2006/relationships/image" Target="media/image15.jpg"/><Relationship Id="rId24" Type="http://schemas.openxmlformats.org/officeDocument/2006/relationships/image" Target="media/image16.jpg"/><Relationship Id="rId25" Type="http://schemas.openxmlformats.org/officeDocument/2006/relationships/image" Target="media/image17.jpg"/><Relationship Id="rId26" Type="http://schemas.openxmlformats.org/officeDocument/2006/relationships/image" Target="media/image18.jpg"/><Relationship Id="rId27" Type="http://schemas.openxmlformats.org/officeDocument/2006/relationships/image" Target="media/image19.jpg"/><Relationship Id="rId28" Type="http://schemas.openxmlformats.org/officeDocument/2006/relationships/image" Target="media/image20.jpg"/><Relationship Id="rId29" Type="http://schemas.openxmlformats.org/officeDocument/2006/relationships/image" Target="media/image21.jpg"/><Relationship Id="rId30" Type="http://schemas.openxmlformats.org/officeDocument/2006/relationships/image" Target="media/image22.jpg"/><Relationship Id="rId31" Type="http://schemas.openxmlformats.org/officeDocument/2006/relationships/image" Target="media/image2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