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8f6407-574e-423e-a992-b4160c8d897a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bfcb8c9-b709-435d-b8fd-e26feead4af7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ccdc105-9010-496e-acd2-a74514679bf3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acfd1d6-e5a2-4b4f-be25-d627b116b853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7a2528c-29e2-4136-aebd-8196899cd9b4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9c0bc77-b67b-4adc-9da5-77c194167516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121361-0648-4dea-bedd-df0bbc8fe3fe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e156553-93e8-47ed-9696-eeb69092f293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f78c377-923f-42ed-8ec1-42cebf3b850a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e0bebe2-ea03-4c15-b15a-68735278b90f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7973928-cb71-4f49-8075-f20f6d9b73d5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8abdcd-4cba-4cd7-9c74-fb182cab444b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138a99-1070-4b6a-a9d5-1900fd054eb4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2e882f0-f859-47fe-8c98-6aab614cce32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9b3da87-16da-4a76-a5e3-34bb7ef91661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a2fa89-30e4-4111-a5f2-ae139aa2eece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d3e38c-16e2-48fd-bafc-85ac765f2e4d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1ec4b9e-7bcd-45c3-8920-b169d102bdc9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b509c5c-0023-4c0b-88c7-24768f7c5a6c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fc826d4-5a22-436c-8c06-316ed7880b96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5fbc4c2-4247-4011-989d-8fb8345517c8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a92f3e7-2f2b-4595-bd12-83ec7a4a7784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5353083-7add-4529-95fe-677509b2d47f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