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65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130a5b-33c6-4d2a-929f-9eb5cd94c5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6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21134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333699a-0742-4030-8076-564be2c5981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21134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