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65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0d60515-664b-4a59-85df-d969daff85e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6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2057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45262f5-42d6-4416-8298-5e1f79a22ee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20570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