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2391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b018ca6-e229-4bad-8bf0-cc7cbf0e85e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23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239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06d5049-73fe-44ec-acce-5b6c4073a12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23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239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ab438cf-9f68-4fda-af67-68eaa75ca23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23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2391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4bc0c4-2fce-4509-94c4-03daac12af7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2391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