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65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2e6ed40-a744-4bb6-b6cd-a3f30a7100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6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19956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da33525-8862-403d-8dba-99d6b224fb7f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19956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