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'1.0' encoding='UTF-8' standalone='yes'?>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27380"/>
            <wp:docPr id="1" name="Picture 1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ebe4bd85-5848-466d-a57f-bf3c1eb1a338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27380"/>
                    </a:xfrm>
                    <a:prstGeom prst="rect"/>
                  </pic:spPr>
                </pic:pic>
              </a:graphicData>
            </a:graphic>
          </wp:inline>
        </w:drawing>
      </w:r>
    </w:p>
    <w:p>
      <w:pPr>
        <w:spacing w:line="360" w:lineRule="auto" w:before="0" w:after="0"/>
        <w:ind w:firstLine="420"/>
      </w:pPr>
      <w:r>
        <w:drawing>
          <wp:inline xmlns:a="http://schemas.openxmlformats.org/drawingml/2006/main" xmlns:pic="http://schemas.openxmlformats.org/drawingml/2006/picture">
            <wp:extent cx="5274000" cy="2635625"/>
            <wp:docPr id="2" name="Picture 2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0" name="1729b0b6-70e0-48fb-b36d-ff1f30b15e60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000" cy="2635625"/>
                    </a:xfrm>
                    <a:prstGeom prst="rect"/>
                  </pic:spPr>
                </pic:pic>
              </a:graphicData>
            </a:graphic>
          </wp:inline>
        </w:drawing>
      </w:r>
    </w:p>
    <w:sectPr w:rsidR="00FC693F" w:rsidRPr="0006063C" w:rsidSect="00034616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ourier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FB12693A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38441652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>
    <w:nsid w:val="FFFFFF82"/>
    <w:multiLevelType w:val="singleLevel"/>
    <w:tmpl w:val="F3EAFDEC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>
    <w:nsid w:val="FFFFFF83"/>
    <w:multiLevelType w:val="singleLevel"/>
    <w:tmpl w:val="3D1EFFD4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>
    <w:nsid w:val="FFFFFF88"/>
    <w:multiLevelType w:val="singleLevel"/>
    <w:tmpl w:val="D0A62B4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>
    <w:nsid w:val="FFFFFF89"/>
    <w:multiLevelType w:val="singleLevel"/>
    <w:tmpl w:val="29761A6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4"/>
  </w:num>
  <w:num w:numId="5">
    <w:abstractNumId w:val="7"/>
  </w:num>
  <w:num w:numId="6">
    <w:abstractNumId w:val="3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7730"/>
    <w:rsid w:val="00034616"/>
    <w:rsid w:val="0006063C"/>
    <w:rsid w:val="0015074B"/>
    <w:rsid w:val="0029639D"/>
    <w:rsid w:val="00326F90"/>
    <w:rsid w:val="00AA1D8D"/>
    <w:rsid w:val="00B47730"/>
    <w:rsid w:val="00CB0664"/>
    <w:rsid w:val="00FC69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4062061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  <w:rPr>
      <w:rFonts w:ascii="宋体" w:hAnsi="宋体" w:eastAsia="宋体"/>
      <w:color w:val="000000"/>
      <w:sz w:val="21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44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 w:ascii="宋体" w:hAnsi="宋体" w:eastAsia="宋体"/>
      <w:b/>
      <w:bCs/>
      <w:color w:val="000000"/>
      <w:sz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 w:ascii="宋体" w:hAnsi="宋体" w:eastAsia="宋体"/>
      <w:b/>
      <w:bCs/>
      <w:i/>
      <w:iCs/>
      <w:color w:val="000000"/>
      <w:sz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 w:ascii="宋体" w:hAnsi="宋体" w:eastAsia="宋体"/>
      <w:b/>
      <w:color w:val="000000"/>
      <w:sz w:val="2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4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 w:ascii="宋体" w:hAnsi="宋体" w:eastAsia="宋体"/>
      <w:b/>
      <w:color w:val="000000"/>
      <w:sz w:val="24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 w:ascii="宋体" w:hAnsi="宋体" w:eastAsia="宋体"/>
      <w:b/>
      <w:i/>
      <w:iCs/>
      <w:color w:val="000000"/>
      <w:sz w:val="21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C693F"/>
  </w:style>
  <w:style w:type="paragraph" w:styleId="Heading1">
    <w:name w:val="heading 1"/>
    <w:basedOn w:val="Normal"/>
    <w:next w:val="Normal"/>
    <w:link w:val="Heading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itle">
    <w:name w:val="Title"/>
    <w:basedOn w:val="Normal"/>
    <w:next w:val="Normal"/>
    <w:link w:val="Title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18" w:space="0" w:color="auto"/>
        <w:bottom w:val="single" w:sz="18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bottom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bottom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bottom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bottom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bottom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bottom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Ind w:w="0" w:type="dxa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Ind w:w="0" w:type="dxa"/>
      <w:tblBorders>
        <w:insideH w:val="single" w:sz="4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'1.0' encoding='UTF-8' standalone='yes'?>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9" Type="http://schemas.openxmlformats.org/officeDocument/2006/relationships/image" Target="media/image1.pn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0</Characters>
  <Application>Microsoft Macintosh Word</Application>
  <DocSecurity>0</DocSecurity>
  <Lines>0</Lines>
  <Paragraphs>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0</CharactersWithSpaces>
  <SharedDoc>false</SharedDoc>
  <HyperlinkBase/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/>
  <cp:revision>1</cp:revision>
  <dcterms:created xsi:type="dcterms:W3CDTF">2013-12-23T23:15:00Z</dcterms:created>
  <dcterms:modified xsi:type="dcterms:W3CDTF">2013-12-23T23:15:00Z</dcterms:modified>
  <cp:category/>
</cp:coreProperties>
</file>