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9970E5" w14:textId="77777777" w:rsidR="00850F5A" w:rsidRDefault="00850F5A" w:rsidP="00850F5A">
      <w:pPr>
        <w:spacing w:line="360" w:lineRule="auto" w:before="0" w:after="0"/>
        <w:ind w:firstLine="420"/>
        <w:jc w:val="center"/>
        <w:rPr>
          <w:b/>
          <w:bCs/>
        </w:rPr>
      </w:pPr>
      <w:proofErr w:type="gramStart"/>
      <w:r w:rsidRPr="00160E9E">
        <w:rPr>
          <w:rFonts w:hint="eastAsia"/>
          <w:b/>
          <w:bCs/>
        </w:rPr>
        <w:t>完全响应</w:t>
      </w:r>
      <w:proofErr w:type="gramEnd"/>
      <w:r w:rsidRPr="00160E9E">
        <w:rPr>
          <w:rFonts w:hint="eastAsia"/>
          <w:b/>
          <w:bCs/>
        </w:rPr>
        <w:t>以下</w:t>
      </w:r>
      <w:r>
        <w:rPr>
          <w:rFonts w:hint="eastAsia"/>
          <w:b/>
          <w:bCs/>
        </w:rPr>
        <w:t>技术规格书</w:t>
      </w:r>
    </w:p>
    <w:p w14:paraId="108CDF3B" w14:textId="77777777" w:rsidR="00850F5A" w:rsidRPr="00160E9E" w:rsidRDefault="00850F5A" w:rsidP="00850F5A">
      <w:pPr>
        <w:spacing w:line="360" w:lineRule="auto" w:before="0" w:after="0"/>
        <w:ind w:firstLine="420"/>
        <w:rPr>
          <w:b/>
          <w:bCs/>
        </w:rPr>
      </w:pPr>
      <w:r>
        <w:rPr>
          <w:rFonts w:hint="eastAsia"/>
          <w:b/>
          <w:bCs/>
          <w:noProof/>
        </w:rPr>
        <w:drawing>
          <wp:inline distT="0" distB="0" distL="0" distR="0" wp14:anchorId="04809809" wp14:editId="54554E1C">
            <wp:extent cx="5759328" cy="7374576"/>
            <wp:effectExtent l="0" t="0" r="0" b="0"/>
            <wp:docPr id="1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18" b="4955"/>
                    <a:stretch/>
                  </pic:blipFill>
                  <pic:spPr bwMode="auto">
                    <a:xfrm>
                      <a:off x="0" y="0"/>
                      <a:ext cx="5759450" cy="7374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noProof/>
        </w:rPr>
        <w:lastRenderedPageBreak/>
        <w:drawing>
          <wp:inline distT="0" distB="0" distL="0" distR="0" wp14:anchorId="67A274E4" wp14:editId="5E6B3E2C">
            <wp:extent cx="5759450" cy="8146415"/>
            <wp:effectExtent l="0" t="0" r="0" b="6985"/>
            <wp:docPr id="2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noProof/>
        </w:rPr>
        <w:lastRenderedPageBreak/>
        <w:drawing>
          <wp:inline distT="0" distB="0" distL="0" distR="0" wp14:anchorId="533CF4AD" wp14:editId="648370C1">
            <wp:extent cx="5759450" cy="8146415"/>
            <wp:effectExtent l="0" t="0" r="0" b="6985"/>
            <wp:docPr id="3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noProof/>
        </w:rPr>
        <w:lastRenderedPageBreak/>
        <w:drawing>
          <wp:inline distT="0" distB="0" distL="0" distR="0" wp14:anchorId="21898923" wp14:editId="345EC235">
            <wp:extent cx="5759450" cy="8146415"/>
            <wp:effectExtent l="0" t="0" r="0" b="6985"/>
            <wp:docPr id="4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noProof/>
        </w:rPr>
        <w:lastRenderedPageBreak/>
        <w:drawing>
          <wp:inline distT="0" distB="0" distL="0" distR="0" wp14:anchorId="324D3176" wp14:editId="566F5D46">
            <wp:extent cx="5747385" cy="8134350"/>
            <wp:effectExtent l="0" t="0" r="5715" b="0"/>
            <wp:docPr id="5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C8C57" w14:textId="77777777" w:rsidR="00850F5A" w:rsidRDefault="00850F5A" w:rsidP="00850F5A">
      <w:pPr>
        <w:spacing w:line="360" w:lineRule="auto" w:before="0" w:after="0"/>
        <w:ind w:firstLine="420"/>
      </w:pPr>
      <w:r>
        <w:rPr>
          <w:noProof/>
        </w:rPr>
        <w:lastRenderedPageBreak/>
        <w:drawing>
          <wp:inline distT="0" distB="0" distL="0" distR="0" wp14:anchorId="095A255E" wp14:editId="62583FF1">
            <wp:extent cx="5759450" cy="8146415"/>
            <wp:effectExtent l="0" t="0" r="0" b="6985"/>
            <wp:docPr id="6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99F49D" wp14:editId="234A12BD">
            <wp:extent cx="5759450" cy="8146415"/>
            <wp:effectExtent l="0" t="0" r="0" b="6985"/>
            <wp:docPr id="7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BD9F1F" wp14:editId="648E4685">
            <wp:extent cx="5747385" cy="8134350"/>
            <wp:effectExtent l="0" t="0" r="5715" b="0"/>
            <wp:docPr id="8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3449A3" wp14:editId="0DF9CC95">
            <wp:extent cx="5747385" cy="8134350"/>
            <wp:effectExtent l="0" t="0" r="5715" b="0"/>
            <wp:docPr id="9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2A25DA" wp14:editId="42FAFF1A">
            <wp:extent cx="5747385" cy="8134350"/>
            <wp:effectExtent l="0" t="0" r="5715" b="0"/>
            <wp:docPr id="10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E38BF" w14:textId="77777777" w:rsidR="00D772ED" w:rsidRDefault="00D772ED">
      <w:pPr>
        <w:spacing w:line="360" w:lineRule="auto" w:before="0" w:after="0"/>
        <w:ind w:firstLine="420"/>
      </w:pP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宋体" w:hAnsi="宋体" w:eastAsia="宋体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宋体" w:hAnsi="宋体" w:eastAsia="宋体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宋体" w:hAnsi="宋体" w:eastAsia="宋体"/>
      <w:b/>
      <w:color w:val="000000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eg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image" Target="media/image9.jpeg"/><Relationship Id="rId18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