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Bdr/>
        <w:spacing w:line="360" w:lineRule="auto" w:before="0" w:after="0"/>
        <w:ind w:firstLine="420"/>
        <w:rPr/>
      </w:pPr>
      <w:r/>
    </w:p>
    <w:tbl>
      <w:tblPr>
        <w:tblStyle w:val="1_806"/>
        <w:tblStyleColBandSize w:val="2"/>
        <w:tblW w:w="5000" w:type="pct"/>
        <w:tblBorders>
          <w:top w:val="single" w:color="333333" w:sz="4" w:space="0"/>
          <w:left w:val="single" w:color="333333" w:sz="4" w:space="0"/>
          <w:bottom w:val="single" w:color="333333" w:sz="4" w:space="0"/>
          <w:right w:val="single" w:color="333333" w:sz="4" w:space="0"/>
          <w:insideH w:val="single" w:color="333333" w:sz="4" w:space="0"/>
          <w:insideV w:val="single" w:color="333333" w:sz="4" w:space="0"/>
        </w:tblBorders>
        <w:tblLook w:val="01E0" w:firstRow="1" w:lastRow="1" w:firstColumn="1" w:lastColumn="1" w:noHBand="0" w:noVBand="0"/>
      </w:tblPr>
      <w:tblGrid>
        <w:gridCol w:w="1134"/>
        <w:gridCol w:w="1134"/>
        <w:gridCol w:w="1134"/>
        <w:gridCol w:w="1134"/>
        <w:gridCol w:w="1134"/>
        <w:gridCol w:w="1134"/>
        <w:gridCol w:w="1134"/>
      </w:tblGrid>
      <w:tr>
        <w:trPr/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序号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姓名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性别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职称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专业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学历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备注</w:t>
            </w:r>
            <w:r/>
          </w:p>
        </w:tc>
      </w:tr>
      <w:tr>
        <w:trPr/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1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郭鹏帅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男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高级工程师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石油专业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本科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2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花红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女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高级工程师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化工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本科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3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张杰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女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高级工程师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石油化工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本科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</w:tbl>
    <w:p>
      <w:pPr>
        <w:pBdr/>
        <w:spacing w:line="360" w:lineRule="auto" w:before="0" w:after="0"/>
        <w:ind w:firstLine="420"/>
        <w:rPr/>
      </w:pPr>
      <w:r/>
    </w:p>
    <w:p>
      <w:pPr>
        <w:pStyle w:val="Heading4"/>
        <w:spacing w:line="360" w:lineRule="auto" w:before="0" w:after="0"/>
        <w:ind w:firstLine="420"/>
      </w:pPr>
      <w:r>
        <w:t>花红</w:t>
      </w:r>
    </w:p>
    <w:p>
      <w:pPr>
        <w:pStyle w:val="Heading5"/>
        <w:spacing w:line="360" w:lineRule="auto" w:before="0" w:after="0"/>
        <w:ind w:firstLine="420"/>
      </w:pPr>
      <w:r>
        <w:t>工资证明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73033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f63db2d-dda1-470c-bcba-6c96a285aff0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7303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5"/>
        <w:spacing w:line="360" w:lineRule="auto" w:before="0" w:after="0"/>
        <w:ind w:firstLine="420"/>
      </w:pPr>
      <w:r>
        <w:t>社保证明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3778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e1af78ec-dfa4-4a63-a041-782f694e33d8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377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5"/>
        <w:spacing w:line="360" w:lineRule="auto" w:before="0" w:after="0"/>
        <w:ind w:firstLine="420"/>
      </w:pPr>
      <w:r>
        <w:t>毕业证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645321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a313419-127e-4952-a525-cf8da34b8fa9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64532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5"/>
        <w:spacing w:line="360" w:lineRule="auto" w:before="0" w:after="0"/>
        <w:ind w:firstLine="420"/>
      </w:pPr>
      <w:r>
        <w:t>职称证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795912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454df7c-cbaf-4a0f-81eb-9571191f07be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79591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4"/>
        <w:spacing w:line="360" w:lineRule="auto" w:before="0" w:after="0"/>
        <w:ind w:firstLine="420"/>
      </w:pPr>
      <w:r>
        <w:t>郭鹏帅</w:t>
      </w:r>
    </w:p>
    <w:p>
      <w:pPr>
        <w:pStyle w:val="Heading5"/>
        <w:spacing w:line="360" w:lineRule="auto" w:before="0" w:after="0"/>
        <w:ind w:firstLine="420"/>
      </w:pPr>
      <w:r>
        <w:t>工资证明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73033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f63db2d-dda1-470c-bcba-6c96a285aff0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7303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5"/>
        <w:spacing w:line="360" w:lineRule="auto" w:before="0" w:after="0"/>
        <w:ind w:firstLine="420"/>
      </w:pPr>
      <w:r>
        <w:t>职称证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672021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6094149-262e-4ba9-9bcd-9931c597d343.jpe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67202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5"/>
        <w:spacing w:line="360" w:lineRule="auto" w:before="0" w:after="0"/>
        <w:ind w:firstLine="420"/>
      </w:pPr>
      <w:r>
        <w:t>社保证明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3778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c3ba2c2-301f-480c-a33a-316fbf4f0e1c.jpe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377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5"/>
        <w:spacing w:line="360" w:lineRule="auto" w:before="0" w:after="0"/>
        <w:ind w:firstLine="420"/>
      </w:pPr>
      <w:r>
        <w:t>照片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135411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d0c6c22-f635-4788-ac3b-0ab97da00966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13541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5"/>
        <w:spacing w:line="360" w:lineRule="auto" w:before="0" w:after="0"/>
        <w:ind w:firstLine="420"/>
      </w:pPr>
      <w:r>
        <w:t>毕业证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747193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9f189fc-b124-4a6c-8aff-7c163c22ad4f.jpe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74719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4"/>
        <w:spacing w:line="360" w:lineRule="auto" w:before="0" w:after="0"/>
        <w:ind w:firstLine="420"/>
      </w:pPr>
      <w:r>
        <w:t>张杰</w:t>
      </w:r>
    </w:p>
    <w:p>
      <w:pPr>
        <w:pStyle w:val="Heading5"/>
        <w:spacing w:line="360" w:lineRule="auto" w:before="0" w:after="0"/>
        <w:ind w:firstLine="420"/>
      </w:pPr>
      <w:r>
        <w:t>毕业证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716551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b96070a-9cb8-4d66-8c1c-5e0691924f02.jpe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71655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5"/>
        <w:spacing w:line="360" w:lineRule="auto" w:before="0" w:after="0"/>
        <w:ind w:firstLine="420"/>
      </w:pPr>
      <w:r>
        <w:t>工资证明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730330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f63db2d-dda1-470c-bcba-6c96a285aff0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7303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5"/>
        <w:spacing w:line="360" w:lineRule="auto" w:before="0" w:after="0"/>
        <w:ind w:firstLine="420"/>
      </w:pPr>
      <w:r>
        <w:t>社保证明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3778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7bf5441-fd24-433e-aee8-6f36bb807180.jpe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377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5"/>
        <w:spacing w:line="360" w:lineRule="auto" w:before="0" w:after="0"/>
        <w:ind w:firstLine="420"/>
      </w:pPr>
      <w:r>
        <w:t>职称证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939842"/>
            <wp:docPr id="13" name="Picture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c48ad706-b98d-4881-8f2b-d970501ad5ec.jpe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939842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1_806">
    <w:name w:val="CustomTableStyle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eg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pn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