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715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81bb3a8-370c-4e96-8905-c5f6c51a743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71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630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c43db83-0fe3-42f4-8234-86eabb22a75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63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630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022347b-5dd6-44fd-bbd6-83b7c99e9db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63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630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453db21-76b3-47c7-abc2-9f995381d01d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63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6309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70d8ffd-a921-4877-bcaa-f28d8ce7f53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63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630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e937c66-ec33-494c-a89e-54bd0d8654dd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630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2630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757aa3f-09af-4583-b305-495f16e52ce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2630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