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中国职业健康安全管理体系认证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8505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c30443a-55a4-474a-a4d9-91efaa043dd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850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职业健康安全管理体系证书网络截图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51202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b29c922-23d4-46f6-acfa-2ebbb4d36bdd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51202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