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342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c27e36e-2a25-49cf-99f3-97da6d0ebb4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42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356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a6d265-ff3c-4886-9ea2-edaca4af943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56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