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金属缓蚀剂YHX-I型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15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757aa58-69e6-430e-875b-7bccac06d76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1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15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3240cb6-7c67-4a3c-a91e-c6ea745de89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1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15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74d2450-c085-4ddf-90c2-969c27732a9c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1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15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ac73eb6-ff72-4c00-ac26-d6294fdeab5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15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