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481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1779f5b-1a16-4cf5-a7eb-40959d65f65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481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e47c4fe-ff0a-43a2-bd78-911b4d1e505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0dbd8ca-ced1-416d-bd58-0899b4604ae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b4ce373-736f-4ab2-9bf0-01050e00355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f02a738-4d2f-4f66-b986-1b00bb2b6ed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521f045-dc75-437b-ad3d-9aea06e133d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5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6a45bdd-d4a3-491a-92e6-33f5a0948f2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5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ba45fc-86b6-4e77-8abc-a65a19cdbb2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dd3a4e0-be37-466e-b77d-425aad0423a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ddec847-12e1-4676-8649-6d3e6564d89d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93fb47a-bbe0-4d55-8b08-f49e14d2cb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df20f3b-152a-402c-ac61-b5609f00a9a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080db65-d720-4c22-86ca-89b900429fc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d2b929a-5189-4a4c-bb91-a4b7e555816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7da157d-4df0-4d95-9a6e-8e439ad1b65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f136ef5-6053-41a0-b012-97653206812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9be1699-4f0e-4a8b-8584-26d3566fa68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010ab9-92a8-47fa-8a44-9f6199d6d13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2d2d765-79d9-42d5-86c2-b909a031005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3aff4ce-8f2f-48e6-ad56-b1f5f57ac95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ed2b73b-3ad4-4726-bf17-3bd7f7436e7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7063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107bb76-ae3e-4b76-9b64-02577c03f5ef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7063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