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合同编号2021A0010307-100677807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282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09cf3ba-c8b5-4b2a-a9fa-fdfe939e0599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28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4618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8d5dc06-3fa6-48d6-8fee-ea97cf2b87ea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461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6522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7d1c5e4-49dd-4023-a8a3-227e75bf92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652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4618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acf612d-fe71-4ff6-b3fc-29d0572de8f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461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2714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1ccfdaf-57f8-438c-9fe1-c5fe6543b005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271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500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0082ef-a5fd-4534-8fe2-3a709f09443f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5007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58e0d83-b90d-4fa8-af4a-c2e482a7a63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500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bba1ba-3bef-4a49-8582-8fea4a5426bb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500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08a1d41-0d1a-4436-9f1d-4993383be013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500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ecba04c-9ff4-482a-a908-72ab6e0dcb71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7782b45-4b3f-4a3f-afd6-75cf08d0bc0c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合同编号2021A0010310-11463633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03472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cecbfb-72fe-46a5-a29b-4089f662a97d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034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74913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d1a8126-f720-4c05-80db-f6563e9a92b4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749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84433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dac2767-2619-4038-8205-a351aa66ffa8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844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7491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246f684-68fa-4173-803c-566b7c514893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749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36833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316148a-6a3d-4903-b182-c64c1ca99358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68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c80b955-63fa-4e83-a724-08e80df66e4b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b0e459-e9d0-4244-bd7f-57cb35cf3dea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3993fa6-181e-4906-8686-d15b8caa8fa2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f342bc-a883-4173-85b6-cfa909403cf9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1857893-2712-46a4-880d-ed63c32949fd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9d40175-1b30-4ea4-9afe-4c6dc4093b40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合同编号2021A0010313-100525103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65393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40ff03b-655b-41e8-9e44-e8c99f875d98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5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55873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3632e96-47ad-4683-971b-573fbece198e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558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65393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d47383e-bcb6-44cd-a341-c56a7279aa8e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5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46353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a1165ca-4c43-4714-92d9-e2b5a01d7eeb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463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873221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5d31ff9-a207-4848-96c7-f1f978379465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8732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874996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b21f990-9b96-4d3a-92a2-93676bbf123d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8749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f1a7a43-6f09-4632-892a-857dfe0cc36a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2c0962d-8eee-46e1-a666-1f727259131f.jpe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d9f2af-e3a8-42c8-9368-07a0c26da1a6.jpe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cb82461-f6ef-42df-b54b-600eb6aaae80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合同编号2022A0010311-102232132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37974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68312b9-f885-4c30-8802-d38baa8cae32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79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84433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71e029e-b643-4ea9-90a2-12edf6a61f59.jpe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844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08274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1322d60-738d-4484-a2b0-9951b72c4a5d.jpe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082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74913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1e4894c-487f-46da-bb59-7dccb63a4228.jpe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749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83405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7aa0682-3aa2-473b-9d45-bd147036cc08.jpe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834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08392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ca1400c-22ab-4ceb-87d3-fb4fc9e2c196.jpe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083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a607945-479f-47b0-adbc-d399278f9f4f.jpe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6208327-db7f-42b5-8542-d453d4567a6a.jpe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9ea1c9b-3e96-4668-9153-678344fd2953.jpe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abee5c-53c8-4a7e-84d2-8939349dffe5.jpe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75ac842-7ff8-4de0-9ae4-40c62ce00cd9.jpe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合同编号PP20210013209-302271602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03472"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e628b6a-89f8-4877-8905-83ffcdd56918.jpe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034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03472"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ea77731-4819-4db6-946f-266200475986.jpe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034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836916"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508dc3a-4119-43b7-86cf-cc716f6e3c8d.jpe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8369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2826"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c72ca3f-c180-4979-88f8-8dfde38915c3.jpe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28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31866"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3f4a80b-321f-42fd-807d-c1b7e6e7934b.jpe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318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93787"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ecb5480-2007-4738-9b22-3d2117a4f039.jpe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937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11f5552-8902-4219-9aee-e0da86b80212.jpe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6ef770-9de0-4133-8be8-476306a97901.jpe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6d7fea1-d1a1-4614-878b-134a5a04bfff.jpe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c8dbc51-5c56-4994-9fe0-c3905b73b96b.jpe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66ba32c-a550-4c1f-a82c-daa6b36ff354.jpe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aa4fd25-9ddc-441d-9cd9-d4d775d7af3e.jpe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合同编号PP20220014808-103030374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29001"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9a48b7f-6549-43c2-a4a8-28f751899d43.jpe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290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22512"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c7e7715-e2e6-4393-8b83-a22378da6c13.jpe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22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62621"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fb048f2-e36c-41e7-acfa-f5273c700df2.jpe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26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820976"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fcf606c-98a9-46a4-86cc-0e587122d41e.jpe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8209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13904"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e7bbd69-991c-4fd4-9874-90a26fb6a26d.jpe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139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867326"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7b53d76-0478-4a50-b68e-e722eeb1b51a.jpe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8673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bb74ae4-dd62-484b-a4ed-c49c23be7412.jpe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0fb94dc-42b4-478c-9767-26f59b188b13.jpe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ff527b4-47fd-4d24-afcf-d787f770a6cb.jpe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f5fbf6e-57dc-4f18-a2f2-d56e5c3d5eeb.jpe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f0b8ef2-b8ea-4dec-b76d-44f9e6944e46.jpe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222082f-1475-49b5-ab16-5b6187535157.jpe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合同编号PP20220014897-101460267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74913"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8390ae6-d727-4207-82a4-da11349a32c0.jpe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749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55873"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7c7a58e-75ec-4e65-9751-84b23fe67e2a.jpe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558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36750"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ae8ddf-80fb-4d4c-834b-e19afbbedf6e.jpe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36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27231"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ee08c9c-2d83-47c7-a807-12be5b5893f8.jpe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272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45221"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6c12a28-11f9-49f9-8d0d-c37fcafbdd12.jpe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452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bb162cd-ecba-43d4-bf87-ebc675500725.jpe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a7bf9cb-3b37-45ce-9066-01fa04d9ce21.jpe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552b067-c480-49be-9c7a-b123529e190d.jpe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223d4c3-00e7-484e-b3ea-c8b7e6d235c6.jpe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8fbf63f-ec19-484a-a967-b1adf7ce2668.jpe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86bfb0d-704e-49c9-b5e1-6597722417d5.jpe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合同编号PP20220014911-373204297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94376"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46d1254-7366-49db-b63b-24b09f3c59d2.jpe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943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14717"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e5ddda5-356a-4e14-b34c-559b451e3202.jpe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147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55790"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4f592cc-9f6b-41b0-a9a0-0fa0ade387c2.jpe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55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52141"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870f248-ee9a-4edb-baa0-fd0e89e8794e.jpe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521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a5c2d9b-6685-4c98-b73d-dcc8b5b8bcba.jpe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84" name="Picture 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2d06de1-4571-4ff6-a0bd-1f152bd8842b.jpe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85" name="Picture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3384ef2-227c-46e4-af3d-855fd96ebece.jpe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86" name="Picture 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5a24507-4b4c-4e5b-96e1-290c5b23d2fb.jpe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87" name="Picture 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7cbddb9-54bc-4af0-84bc-9e173ce7058c.jpe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88" name="Picture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b517463-5579-4949-9f82-21125ac1102f.jpe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合同编号PP20220015201-386685894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2263"/>
            <wp:docPr id="89" name="Picture 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305dfb6-d760-4f96-8cf9-f3de65f2b9fa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22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2263"/>
            <wp:docPr id="90" name="Picture 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08ea8b-76af-44b4-8e60-e517e316292c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22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2263"/>
            <wp:docPr id="91" name="Picture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5e6d0b5-4ff6-4147-a9f2-0b63fd39f706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22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2263"/>
            <wp:docPr id="92" name="Picture 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d35d61c-986a-41ea-800b-ab6364b6e655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22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2263"/>
            <wp:docPr id="93" name="Picture 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d4c8d02-5ec8-49cf-84d5-ae97de15715e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22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94" name="Picture 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6184bba-cf3d-4e7e-b0c4-b4f1fff4990f.jpe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95" name="Picture 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0ecd679-c0ca-47c9-acd2-ecd8889129b5.jpe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96" name="Picture 9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1ccb34c-513f-4a81-b3fd-c1e02405e182.jpe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97" name="Picture 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530c515-6b00-4161-8405-005181da9d95.jpe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98" name="Picture 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12ce29-6d6c-4cf4-b698-e45e0f9d122a.jpe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99" name="Picture 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a7c3a30-43f5-4637-bc3b-35872032aca5.jpe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合同编号PP20230014900-116937684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64748"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5bcf1ca-b674-4665-923a-14962b012cda.jpe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47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43051"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573a9d-a2d7-4b5b-b2ec-5d0060af2e40.jpe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43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19038"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3241d19-ea22-40a8-a885-3c98109ba450.jpe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190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26978"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de6d806-e8d9-4712-b47c-5e3b02323ad3.jpe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269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30718"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d4c0e36-8cbc-4569-82dc-9d5713514e2e.jpe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07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24382"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acb1ca1-cd5a-4a48-84a9-fee246613dad.jpe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24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66493"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9a17409-de0b-4044-a9a7-e34a581b98c4.jpe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64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35395"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b60bb49-c237-4959-8b23-2b25e2972963.jpe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53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53861"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98f9204-0c8d-41c7-8539-1149e14df073.jpe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538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84433"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b22606f-14e5-4777-b44f-82e911e970ee.jpe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844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5007"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2d9f495-11c1-45c2-a1d7-e3fa7849027f.jpe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5007"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2fd058d-d17d-4a9f-aec0-254896d5ef3a.jpe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5007"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b958a5e-e9ac-438f-b8c8-c4d98eab359e.jpe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5007"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864796c-2a6d-4fd5-bca8-a0f8f79ffe9c.jpe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5007"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db294ec-339d-44fa-b99e-1645b944fb47.jpe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d43c7c6-f2eb-4469-83a5-9fbb9217bd05.jpe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合同编号PP20230015501-116246583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84433"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04394a4-175d-4fbb-b17a-5c75d674b5ae.jpe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844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08274"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b641a86-f469-4631-b7f8-718ebc19ab13.jpe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082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74913"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578752-9a12-44c6-aacb-c082abfd02c4.jpe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749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17794"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c241b12-e867-4b89-84a9-a41b3f693da9.jpe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177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17794"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23aba3b-ea9b-4df6-92e9-776127116c52.jpe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177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36833"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feb882e-e182-4c27-9751-1756f9cfdab0.jpe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68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27314"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2087663-4e39-4de6-87f5-dcf8d5beca54.jpe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273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65393"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1715ac-167a-477a-8035-eacc7a1a874f.jpe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5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d2b75fd-c768-41e0-9e94-cd06a4e69da2.jpe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bc30593-73c5-4f3e-ab4e-cbbdc60f5a4e.jpe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18c2e85-8071-4f08-8ad3-7166b6eb5118.jpe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9ae820c-4f86-4643-8895-8fdc6c35f884.jpe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8452"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5cf05e5-8c0c-4d04-bf0e-80a368844694.jpe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8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79aa33-b6ce-48a7-95ca-4109e79c81fe.jpe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合问编号LHSY-YTJSGS-2022-MM_12369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2263"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0a5dea5-a09a-4f61-91d8-8800380ae191.jpe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22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360757"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b1a1b5f-5ef2-4631-8f7f-41852ad72448.jpe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3607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2263"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f213a32-dc7f-4274-8237-0e2129b77c2c.jpe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22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798441"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61fd85c-cc5b-44ed-bdd0-131279f5134b.jpe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984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2263"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9565b34-e42c-4e30-8988-2d312dbec79c.jpe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22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85239"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761c03e-1033-4277-8451-bf417681fa91.jpe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852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22346"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5b40bef-bea0-4cae-b4be-5f7ed6752cac.p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223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66585"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2c94126-b4a8-4ca4-bee0-75af9695e57a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66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63130"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4e1f865-1b95-41c6-87ab-1b79201c58eb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63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b85825-9f5b-467f-9e3a-1855ff26ee20.jpe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5dd98b5-800c-4c5f-a5df-c91abe2d2fcf.jpe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969a77c-ef61-4fba-8a92-dd11d3e8c0a0.jpe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f9f8b4a-f0fa-4c26-a640-e210869ae0fc.jpe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0cf2683-ec97-46e8-b91b-c6e17c3fab8d.jpe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a2e28d9-44d1-451c-afb0-1b9123810f53.jpe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2356471-77d2-4758-ae4c-3c552c8886ef.jpe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526141"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30099a5-e07a-4c43-b26c-a35f209de1e6.jpe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5261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24dd0ab-3e5f-4216-9105-0b9c7c7b311c.jpe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989"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937da03-79b6-4467-a215-5f6376a53871.jpe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98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jpe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jpeg"/><Relationship Id="rId105" Type="http://schemas.openxmlformats.org/officeDocument/2006/relationships/image" Target="media/image97.jpeg"/><Relationship Id="rId106" Type="http://schemas.openxmlformats.org/officeDocument/2006/relationships/image" Target="media/image98.jpeg"/><Relationship Id="rId107" Type="http://schemas.openxmlformats.org/officeDocument/2006/relationships/image" Target="media/image99.jpeg"/><Relationship Id="rId108" Type="http://schemas.openxmlformats.org/officeDocument/2006/relationships/image" Target="media/image100.jpeg"/><Relationship Id="rId109" Type="http://schemas.openxmlformats.org/officeDocument/2006/relationships/image" Target="media/image101.jpeg"/><Relationship Id="rId110" Type="http://schemas.openxmlformats.org/officeDocument/2006/relationships/image" Target="media/image102.jpeg"/><Relationship Id="rId111" Type="http://schemas.openxmlformats.org/officeDocument/2006/relationships/image" Target="media/image103.jpeg"/><Relationship Id="rId112" Type="http://schemas.openxmlformats.org/officeDocument/2006/relationships/image" Target="media/image104.jpeg"/><Relationship Id="rId113" Type="http://schemas.openxmlformats.org/officeDocument/2006/relationships/image" Target="media/image105.jpe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jpeg"/><Relationship Id="rId117" Type="http://schemas.openxmlformats.org/officeDocument/2006/relationships/image" Target="media/image109.jpeg"/><Relationship Id="rId118" Type="http://schemas.openxmlformats.org/officeDocument/2006/relationships/image" Target="media/image110.jpeg"/><Relationship Id="rId119" Type="http://schemas.openxmlformats.org/officeDocument/2006/relationships/image" Target="media/image111.jpeg"/><Relationship Id="rId120" Type="http://schemas.openxmlformats.org/officeDocument/2006/relationships/image" Target="media/image112.jpeg"/><Relationship Id="rId121" Type="http://schemas.openxmlformats.org/officeDocument/2006/relationships/image" Target="media/image113.jpeg"/><Relationship Id="rId122" Type="http://schemas.openxmlformats.org/officeDocument/2006/relationships/image" Target="media/image114.jpeg"/><Relationship Id="rId123" Type="http://schemas.openxmlformats.org/officeDocument/2006/relationships/image" Target="media/image115.jpeg"/><Relationship Id="rId124" Type="http://schemas.openxmlformats.org/officeDocument/2006/relationships/image" Target="media/image116.jpeg"/><Relationship Id="rId125" Type="http://schemas.openxmlformats.org/officeDocument/2006/relationships/image" Target="media/image117.jpeg"/><Relationship Id="rId126" Type="http://schemas.openxmlformats.org/officeDocument/2006/relationships/image" Target="media/image118.jpeg"/><Relationship Id="rId127" Type="http://schemas.openxmlformats.org/officeDocument/2006/relationships/image" Target="media/image119.jpeg"/><Relationship Id="rId128" Type="http://schemas.openxmlformats.org/officeDocument/2006/relationships/image" Target="media/image120.jpeg"/><Relationship Id="rId129" Type="http://schemas.openxmlformats.org/officeDocument/2006/relationships/image" Target="media/image121.jpeg"/><Relationship Id="rId130" Type="http://schemas.openxmlformats.org/officeDocument/2006/relationships/image" Target="media/image122.jpeg"/><Relationship Id="rId131" Type="http://schemas.openxmlformats.org/officeDocument/2006/relationships/image" Target="media/image123.jpeg"/><Relationship Id="rId132" Type="http://schemas.openxmlformats.org/officeDocument/2006/relationships/image" Target="media/image124.jpeg"/><Relationship Id="rId133" Type="http://schemas.openxmlformats.org/officeDocument/2006/relationships/image" Target="media/image125.jpeg"/><Relationship Id="rId134" Type="http://schemas.openxmlformats.org/officeDocument/2006/relationships/image" Target="media/image126.jpeg"/><Relationship Id="rId135" Type="http://schemas.openxmlformats.org/officeDocument/2006/relationships/image" Target="media/image127.jpeg"/><Relationship Id="rId136" Type="http://schemas.openxmlformats.org/officeDocument/2006/relationships/image" Target="media/image128.jpeg"/><Relationship Id="rId137" Type="http://schemas.openxmlformats.org/officeDocument/2006/relationships/image" Target="media/image129.jpeg"/><Relationship Id="rId138" Type="http://schemas.openxmlformats.org/officeDocument/2006/relationships/image" Target="media/image130.jpeg"/><Relationship Id="rId139" Type="http://schemas.openxmlformats.org/officeDocument/2006/relationships/image" Target="media/image131.jpeg"/><Relationship Id="rId140" Type="http://schemas.openxmlformats.org/officeDocument/2006/relationships/image" Target="media/image132.jpeg"/><Relationship Id="rId141" Type="http://schemas.openxmlformats.org/officeDocument/2006/relationships/image" Target="media/image133.jpeg"/><Relationship Id="rId142" Type="http://schemas.openxmlformats.org/officeDocument/2006/relationships/image" Target="media/image134.jpeg"/><Relationship Id="rId143" Type="http://schemas.openxmlformats.org/officeDocument/2006/relationships/image" Target="media/image135.jpe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jpeg"/><Relationship Id="rId148" Type="http://schemas.openxmlformats.org/officeDocument/2006/relationships/image" Target="media/image140.jpeg"/><Relationship Id="rId149" Type="http://schemas.openxmlformats.org/officeDocument/2006/relationships/image" Target="media/image141.jpeg"/><Relationship Id="rId150" Type="http://schemas.openxmlformats.org/officeDocument/2006/relationships/image" Target="media/image142.jpeg"/><Relationship Id="rId151" Type="http://schemas.openxmlformats.org/officeDocument/2006/relationships/image" Target="media/image143.jpeg"/><Relationship Id="rId152" Type="http://schemas.openxmlformats.org/officeDocument/2006/relationships/image" Target="media/image144.jpeg"/><Relationship Id="rId153" Type="http://schemas.openxmlformats.org/officeDocument/2006/relationships/image" Target="media/image145.jpeg"/><Relationship Id="rId154" Type="http://schemas.openxmlformats.org/officeDocument/2006/relationships/image" Target="media/image146.jpeg"/><Relationship Id="rId155" Type="http://schemas.openxmlformats.org/officeDocument/2006/relationships/image" Target="media/image147.jpeg"/><Relationship Id="rId156" Type="http://schemas.openxmlformats.org/officeDocument/2006/relationships/image" Target="media/image1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