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8649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859bf4-1bb2-4687-9653-56bf0124910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86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8649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bbc8ea9-8f31-465c-9725-e3b2b0dce41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86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8509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967a8f1-f03a-4388-9a96-6f049e44f7a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850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8509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11c0022-ebcd-4c0f-a3d3-4aae02264a0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850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9059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8f4427a-cbd9-4f62-84ab-cb4fb115435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9059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