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2770894-9dae-44b8-bbc0-b950892aae7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025acfc-e0fb-4e6b-ae1c-89ce2f912f1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