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74947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9aee827-fd13-4d31-a7a2-03cab13bce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74947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