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Bdr/>
        <w:spacing w:line="360" w:lineRule="auto" w:before="0" w:after="0"/>
        <w:ind w:firstLine="420"/>
        <w:rPr/>
      </w:pPr>
      <w:r/>
    </w:p>
    <w:tbl>
      <w:tblPr>
        <w:tblStyle w:val="1_1152"/>
        <w:tblStyleColBandSize w:val="2"/>
        <w:tblW w:w="5000" w:type="pct"/>
        <w:tblBorders>
          <w:top w:val="single" w:color="333333" w:sz="4" w:space="0"/>
          <w:left w:val="single" w:color="333333" w:sz="4" w:space="0"/>
          <w:bottom w:val="single" w:color="333333" w:sz="4" w:space="0"/>
          <w:right w:val="single" w:color="333333" w:sz="4" w:space="0"/>
          <w:insideH w:val="single" w:color="333333" w:sz="4" w:space="0"/>
          <w:insideV w:val="single" w:color="333333" w:sz="4" w:space="0"/>
        </w:tblBorders>
        <w:tblLook w:val="01E0" w:firstRow="1" w:lastRow="1" w:firstColumn="1" w:lastColumn="1" w:noHBand="0" w:noVBand="0"/>
      </w:tblPr>
      <w:tblGrid>
        <w:gridCol w:w="1134"/>
        <w:gridCol w:w="1134"/>
        <w:gridCol w:w="1134"/>
        <w:gridCol w:w="1134"/>
        <w:gridCol w:w="1134"/>
        <w:gridCol w:w="1134"/>
      </w:tblGrid>
      <w:tr>
        <w:trPr/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序号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产品名称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规格型号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数量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证件号码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设备状态</w:t>
            </w:r>
            <w:r/>
          </w:p>
        </w:tc>
      </w:tr>
      <w:tr>
        <w:trPr/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1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铲车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50型装载机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6台套/冬季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辽AB32J9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良好</w:t>
            </w:r>
            <w:r/>
          </w:p>
        </w:tc>
      </w:tr>
      <w:tr>
        <w:trPr/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2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铲车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50型装载机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6台套/冬季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辽A48H49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良好</w:t>
            </w:r>
            <w:r/>
          </w:p>
        </w:tc>
      </w:tr>
      <w:tr>
        <w:trPr/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3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铲车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50型装载机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6台套/冬季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辽A86G99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良好</w:t>
            </w:r>
            <w:r/>
          </w:p>
        </w:tc>
      </w:tr>
      <w:tr>
        <w:trPr/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4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铲车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50型装载机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6台套/冬季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辽A324K6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良好</w:t>
            </w:r>
            <w:r/>
          </w:p>
        </w:tc>
      </w:tr>
      <w:tr>
        <w:trPr/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5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铲车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50型装载机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6台套/冬季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辽A567J9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良好</w:t>
            </w:r>
            <w:r/>
          </w:p>
        </w:tc>
      </w:tr>
      <w:tr>
        <w:trPr/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6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铲车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50型装载机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6台套/冬季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辽A2323J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良好</w:t>
            </w:r>
            <w:r/>
          </w:p>
        </w:tc>
      </w:tr>
      <w:tr>
        <w:trPr/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7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铲车（驻场）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20型装载机，不要外表破旧，使用功能缺失，维修率高的车型，雪铲能良好、外观整洁明亮，雪铲铲刃平齐，以免造成地面划伤，辆需要配置灭火器。20铲车，车辆前后有行车记录仪。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1台套/冬季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辽A3329G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良好</w:t>
            </w:r>
            <w:r/>
          </w:p>
        </w:tc>
      </w:tr>
      <w:tr>
        <w:trPr/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8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铲车（机动）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机动20型装载机，随叫随到，不要外表破旧，使用功能缺失，维修率高的车型，雪铲能良好、外观整洁明亮，雪铲铲刃平齐，以免造成地面划伤，辆需要配置灭火器，车辆前后有行车记录仪。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10台班/冬季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辽A6689H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良好</w:t>
            </w:r>
            <w:r/>
          </w:p>
        </w:tc>
      </w:tr>
      <w:tr>
        <w:trPr/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9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铲车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30型装载机，不要外表破旧，使用功能缺失，维修率高的车型，雪铲能良好、外观整洁明亮，雪铲铲刃平齐，以免造成地面划伤，辆需要配置灭火器，车辆前后有行车记录仪。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1台套/冬季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辽AB32J9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良好</w:t>
            </w:r>
            <w:r/>
          </w:p>
        </w:tc>
      </w:tr>
      <w:tr>
        <w:trPr/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10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自卸车（8m³斗）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不要外表破旧，使用功能缺失，维修率高的车型，后斗带自卸功能，车辆满足国家规定车辆的相关要求，要有排放证，四台小金刚属于随时机动车辆（乙方根据甲方现场的除雪需求随时可以提供4台小金刚），在冬天除雪季4辆应随叫随到，费用按台班按实计入结算，车辆前后有行车记录仪。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25台班/冬季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辽A0606X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良好</w:t>
            </w:r>
            <w:r/>
          </w:p>
        </w:tc>
      </w:tr>
      <w:tr>
        <w:trPr/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11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自卸车（8m³斗）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不要外表破旧，使用功能缺失，维修率高的车型，后斗带自卸功能，车辆满足国家规定车辆的相关要求，要有排放证，四台小金刚属于随时机动车辆（乙方根据甲方现场的除雪需求随时可以提供4台小金刚），在冬天除雪季4辆应随叫随到，费用按台班按实计入结算，车辆前后有行车记录仪。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25台班/冬季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辽A5056A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良好</w:t>
            </w:r>
            <w:r/>
          </w:p>
        </w:tc>
      </w:tr>
      <w:tr>
        <w:trPr/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12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自卸车（8m³斗）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不要外表破旧，使用功能缺失，维修率高的车型，后斗带自卸功能，车辆满足国家规定车辆的相关要求，要有排放证，四台小金刚属于随时机动车辆（乙方根据甲方现场的除雪需求随时可以提供4台小金刚），在冬天除雪季4辆应随叫随到，费用按台班按实计入结算，车辆前后有行车记录仪。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25台班/冬季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辽ABJ363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良好</w:t>
            </w:r>
            <w:r/>
          </w:p>
        </w:tc>
      </w:tr>
      <w:tr>
        <w:trPr/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13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自卸车（8m³斗）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不要外表破旧，使用功能缺失，维修率高的车型，后斗带自卸功能，车辆满足国家规定车辆的相关要求，要有排放证，四台小金刚属于随时机动车辆（乙方根据甲方现场的除雪需求随时可以提供4台小金刚），在冬天除雪季4辆应随叫随到，费用按台班按实计入结算，车辆前后有行车记录仪。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25台班/冬季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辽ABK555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良好</w:t>
            </w:r>
            <w:r/>
          </w:p>
        </w:tc>
      </w:tr>
    </w:tbl>
    <w:p>
      <w:pPr>
        <w:pBdr/>
        <w:spacing w:line="360" w:lineRule="auto" w:before="0" w:after="0"/>
        <w:ind w:firstLine="420"/>
        <w:rPr/>
      </w:pPr>
      <w:r/>
    </w:p>
    <w:p>
      <w:pPr>
        <w:pStyle w:val="Heading4"/>
        <w:spacing w:line="360" w:lineRule="auto" w:before="0" w:after="0"/>
        <w:ind w:firstLine="420"/>
      </w:pPr>
      <w:r>
        <w:t>铲车50型</w:t>
      </w:r>
    </w:p>
    <w:p>
      <w:pPr>
        <w:pStyle w:val="Heading5"/>
        <w:spacing w:line="360" w:lineRule="auto" w:before="0" w:after="0"/>
        <w:ind w:firstLine="420"/>
      </w:pPr>
      <w:r>
        <w:t>辽AB32J9</w:t>
      </w:r>
    </w:p>
    <w:p>
      <w:pPr>
        <w:pStyle w:val="Heading6"/>
        <w:spacing w:line="360" w:lineRule="auto" w:before="0" w:after="0"/>
        <w:ind w:firstLine="420"/>
      </w:pPr>
      <w:r>
        <w:t>照片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621811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0c443dc-ef15-4c94-aada-392d1c85e317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62181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619186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f355ffa-5af0-43dc-812a-d61be67ede3f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61918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621811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7bbf4e5-f4e0-417e-ac00-91e3e88a73e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62181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8969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8591c82-60bb-4fc0-8c5e-0e40cb48773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8969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38415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c57081a-c8c1-4b7e-a9ca-eaa6042765ed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3841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6"/>
        <w:spacing w:line="360" w:lineRule="auto" w:before="0" w:after="0"/>
        <w:ind w:firstLine="420"/>
      </w:pPr>
      <w:r>
        <w:t>行驶证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655566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cb1d422-61f5-4828-80fc-935457b519c8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65556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572709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f51a306-41ce-4c93-82db-35917cc90c89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57270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6"/>
        <w:spacing w:line="360" w:lineRule="auto" w:before="0" w:after="0"/>
        <w:ind w:firstLine="420"/>
      </w:pPr>
      <w:r>
        <w:t>租赁协议</w:t>
      </w:r>
    </w:p>
    <w:p>
      <w:pPr>
        <w:pStyle w:val="Heading5"/>
        <w:spacing w:line="360" w:lineRule="auto" w:before="0" w:after="0"/>
        <w:ind w:firstLine="420"/>
      </w:pPr>
      <w:r>
        <w:t>辽A48H49</w:t>
      </w:r>
    </w:p>
    <w:p>
      <w:pPr>
        <w:pStyle w:val="Heading6"/>
        <w:spacing w:line="360" w:lineRule="auto" w:before="0" w:after="0"/>
        <w:ind w:firstLine="420"/>
      </w:pPr>
      <w:r>
        <w:t>行驶证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951492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5778fd5-cf84-4be1-80cb-10e7a4b7515e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95149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570550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bd6405e-721f-4297-a267-4e4b2b45547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5705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6"/>
        <w:spacing w:line="360" w:lineRule="auto" w:before="0" w:after="0"/>
        <w:ind w:firstLine="420"/>
      </w:pPr>
      <w:r>
        <w:t>租赁协议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506d749-2076-4508-bcfb-5d7b459e6b7a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5"/>
        <w:spacing w:line="360" w:lineRule="auto" w:before="0" w:after="0"/>
        <w:ind w:firstLine="420"/>
      </w:pPr>
      <w:r>
        <w:t>辽A86G99</w:t>
      </w:r>
    </w:p>
    <w:p>
      <w:pPr>
        <w:pStyle w:val="Heading6"/>
        <w:spacing w:line="360" w:lineRule="auto" w:before="0" w:after="0"/>
        <w:ind w:firstLine="420"/>
      </w:pPr>
      <w:r>
        <w:t>行驶证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607254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e7eaa16-4797-433a-bd08-5bd55e01834e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60725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621317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950e06d-d93b-4e49-a711-1a53f759718e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62131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6"/>
        <w:spacing w:line="360" w:lineRule="auto" w:before="0" w:after="0"/>
        <w:ind w:firstLine="420"/>
      </w:pPr>
      <w:r>
        <w:t>租赁协议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506d749-2076-4508-bcfb-5d7b459e6b7a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5"/>
        <w:spacing w:line="360" w:lineRule="auto" w:before="0" w:after="0"/>
        <w:ind w:firstLine="420"/>
      </w:pPr>
      <w:r>
        <w:t>辽A324K6</w:t>
      </w:r>
    </w:p>
    <w:p>
      <w:pPr>
        <w:pStyle w:val="Heading6"/>
        <w:spacing w:line="360" w:lineRule="auto" w:before="0" w:after="0"/>
        <w:ind w:firstLine="420"/>
      </w:pPr>
      <w:r>
        <w:t>行驶证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551566"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e68b573d-a865-45fe-8d5d-d0299ed089b0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55156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640460"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ce83063-c2f9-4c31-8b2f-6ff76b44a22c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640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6"/>
        <w:spacing w:line="360" w:lineRule="auto" w:before="0" w:after="0"/>
        <w:ind w:firstLine="420"/>
      </w:pPr>
      <w:r>
        <w:t>租赁协议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16" name="Picture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557ea6d-92a4-4123-b8d8-308f85e2b183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5"/>
        <w:spacing w:line="360" w:lineRule="auto" w:before="0" w:after="0"/>
        <w:ind w:firstLine="420"/>
      </w:pPr>
      <w:r>
        <w:t>辽A567J9</w:t>
      </w:r>
    </w:p>
    <w:p>
      <w:pPr>
        <w:pStyle w:val="Heading6"/>
        <w:spacing w:line="360" w:lineRule="auto" w:before="0" w:after="0"/>
        <w:ind w:firstLine="420"/>
      </w:pPr>
      <w:r>
        <w:t>行驶证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668185"/>
            <wp:docPr id="17" name="Picture 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2cbf2f8-412a-4e0b-9f06-fe455117ebca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66818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648295"/>
            <wp:docPr id="18" name="Picture 1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b495b18-d170-43c2-a24a-550f0e78042b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64829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6"/>
        <w:spacing w:line="360" w:lineRule="auto" w:before="0" w:after="0"/>
        <w:ind w:firstLine="420"/>
      </w:pPr>
      <w:r>
        <w:t>租赁协议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19" name="Picture 1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eab37a9-7faf-450b-addc-c50efc94bf9e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20" name="Picture 2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eab37a9-7faf-450b-addc-c50efc94bf9e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5"/>
        <w:spacing w:line="360" w:lineRule="auto" w:before="0" w:after="0"/>
        <w:ind w:firstLine="420"/>
      </w:pPr>
      <w:r>
        <w:t>辽A2323J</w:t>
      </w:r>
    </w:p>
    <w:p>
      <w:pPr>
        <w:pStyle w:val="Heading6"/>
        <w:spacing w:line="360" w:lineRule="auto" w:before="0" w:after="0"/>
        <w:ind w:firstLine="420"/>
      </w:pPr>
      <w:r>
        <w:t>行驶证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655927"/>
            <wp:docPr id="21" name="Picture 2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45e801f-1ce4-4da4-a10f-f80d302e57c3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65592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630257"/>
            <wp:docPr id="22" name="Picture 2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26a7592-2ba1-49d9-9bd2-5992dc344ba4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63025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6"/>
        <w:spacing w:line="360" w:lineRule="auto" w:before="0" w:after="0"/>
        <w:ind w:firstLine="420"/>
      </w:pPr>
      <w:r>
        <w:t>租赁协议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23" name="Picture 2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68dde2d-ac95-464a-891d-d2421ca0da89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4"/>
        <w:spacing w:line="360" w:lineRule="auto" w:before="0" w:after="0"/>
        <w:ind w:firstLine="420"/>
      </w:pPr>
      <w:r>
        <w:t>铲车（驻场）20型</w:t>
      </w:r>
    </w:p>
    <w:p>
      <w:pPr>
        <w:pStyle w:val="Heading5"/>
        <w:spacing w:line="360" w:lineRule="auto" w:before="0" w:after="0"/>
        <w:ind w:firstLine="420"/>
      </w:pPr>
      <w:r>
        <w:t>辽A3329G</w:t>
      </w:r>
    </w:p>
    <w:p>
      <w:pPr>
        <w:pStyle w:val="Heading6"/>
        <w:spacing w:line="360" w:lineRule="auto" w:before="0" w:after="0"/>
        <w:ind w:firstLine="420"/>
      </w:pPr>
      <w:r>
        <w:t>租赁协议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24" name="Picture 2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506d749-2076-4508-bcfb-5d7b459e6b7a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6"/>
        <w:spacing w:line="360" w:lineRule="auto" w:before="0" w:after="0"/>
        <w:ind w:firstLine="420"/>
      </w:pPr>
      <w:r>
        <w:t>照片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484129"/>
            <wp:docPr id="25" name="Picture 2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33f5a81-c08d-48ce-8a04-f1f5e175e5bc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48412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484129"/>
            <wp:docPr id="26" name="Picture 2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94fa339-3aa0-45f5-857c-3feffb8301c5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48412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6"/>
        <w:spacing w:line="360" w:lineRule="auto" w:before="0" w:after="0"/>
        <w:ind w:firstLine="420"/>
      </w:pPr>
      <w:r>
        <w:t>行驶证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622297"/>
            <wp:docPr id="27" name="Picture 2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333dd3b-ff42-4d3d-bfc6-449f72ae6504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62229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553347"/>
            <wp:docPr id="28" name="Picture 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7acfbd8-2e2e-454b-a3fc-607c90f826b3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55334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4"/>
        <w:spacing w:line="360" w:lineRule="auto" w:before="0" w:after="0"/>
        <w:ind w:firstLine="420"/>
      </w:pPr>
      <w:r>
        <w:t>铲车（机动）20型</w:t>
      </w:r>
    </w:p>
    <w:p>
      <w:pPr>
        <w:pStyle w:val="Heading5"/>
        <w:spacing w:line="360" w:lineRule="auto" w:before="0" w:after="0"/>
        <w:ind w:firstLine="420"/>
      </w:pPr>
      <w:r>
        <w:t>辽A6689H</w:t>
      </w:r>
    </w:p>
    <w:p>
      <w:pPr>
        <w:pStyle w:val="Heading6"/>
        <w:spacing w:line="360" w:lineRule="auto" w:before="0" w:after="0"/>
        <w:ind w:firstLine="420"/>
      </w:pPr>
      <w:r>
        <w:t>租赁协议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29" name="Picture 2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eab37a9-7faf-450b-addc-c50efc94bf9e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6"/>
        <w:spacing w:line="360" w:lineRule="auto" w:before="0" w:after="0"/>
        <w:ind w:firstLine="420"/>
      </w:pPr>
      <w:r>
        <w:t>行驶证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570937"/>
            <wp:docPr id="30" name="Picture 3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495d442-29b4-44ba-a831-240d3d963cfd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57093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658033"/>
            <wp:docPr id="31" name="Picture 3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ef63827-8e67-44fa-9c06-c947ae20b8ec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65803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6"/>
        <w:spacing w:line="360" w:lineRule="auto" w:before="0" w:after="0"/>
        <w:ind w:firstLine="420"/>
      </w:pPr>
      <w:r>
        <w:t>照片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034749"/>
            <wp:docPr id="32" name="Picture 3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694d61c-0e92-4fad-a20f-995cc3c4ae3b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03474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843183"/>
            <wp:docPr id="33" name="Picture 3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eccede2-40fe-47f8-bb94-9cb9f2100ac8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84318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4"/>
        <w:spacing w:line="360" w:lineRule="auto" w:before="0" w:after="0"/>
        <w:ind w:firstLine="420"/>
      </w:pPr>
      <w:r>
        <w:t>铲车30型</w:t>
      </w:r>
    </w:p>
    <w:p>
      <w:pPr>
        <w:pStyle w:val="Heading5"/>
        <w:spacing w:line="360" w:lineRule="auto" w:before="0" w:after="0"/>
        <w:ind w:firstLine="420"/>
      </w:pPr>
      <w:r>
        <w:t>辽AB32J9</w:t>
      </w:r>
    </w:p>
    <w:p>
      <w:pPr>
        <w:pStyle w:val="Heading6"/>
        <w:spacing w:line="360" w:lineRule="auto" w:before="0" w:after="0"/>
        <w:ind w:firstLine="420"/>
      </w:pPr>
      <w:r>
        <w:t>租赁协议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34" name="Picture 3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506d749-2076-4508-bcfb-5d7b459e6b7a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6"/>
        <w:spacing w:line="360" w:lineRule="auto" w:before="0" w:after="0"/>
        <w:ind w:firstLine="420"/>
      </w:pPr>
      <w:r>
        <w:t>照片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2979809"/>
            <wp:docPr id="35" name="Picture 3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e294fe8-432a-4c20-a685-2b30f06fe301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97980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4845152"/>
            <wp:docPr id="36" name="Picture 3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02db95b-c342-4709-a7bf-542bbcc126fb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484515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6"/>
        <w:spacing w:line="360" w:lineRule="auto" w:before="0" w:after="0"/>
        <w:ind w:firstLine="420"/>
      </w:pPr>
      <w:r>
        <w:t>行驶证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666073"/>
            <wp:docPr id="37" name="Picture 3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b999f46-2d33-45bd-94d0-db4c861c14e5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6660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666073"/>
            <wp:docPr id="38" name="Picture 3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e4e178e-178f-40d7-95d5-02082e1cefa1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6660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4"/>
        <w:spacing w:line="360" w:lineRule="auto" w:before="0" w:after="0"/>
        <w:ind w:firstLine="420"/>
      </w:pPr>
      <w:r>
        <w:t>自卸车（8m³斗）</w:t>
      </w:r>
    </w:p>
    <w:p>
      <w:pPr>
        <w:pStyle w:val="Heading5"/>
        <w:spacing w:line="360" w:lineRule="auto" w:before="0" w:after="0"/>
        <w:ind w:firstLine="420"/>
      </w:pPr>
      <w:r>
        <w:t>辽A0606X</w:t>
      </w:r>
    </w:p>
    <w:p>
      <w:pPr>
        <w:pStyle w:val="Heading6"/>
        <w:spacing w:line="360" w:lineRule="auto" w:before="0" w:after="0"/>
        <w:ind w:firstLine="420"/>
      </w:pPr>
      <w:r>
        <w:t>行驶证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4033058"/>
            <wp:docPr id="39" name="Picture 3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74179cf-4a3c-469a-81bb-e705fcad7ecf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403305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931083"/>
            <wp:docPr id="40" name="Picture 4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b952454-84d6-4648-a1aa-f6396e93ac81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93108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6"/>
        <w:spacing w:line="360" w:lineRule="auto" w:before="0" w:after="0"/>
        <w:ind w:firstLine="420"/>
      </w:pPr>
      <w:r>
        <w:t>照片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955499"/>
            <wp:docPr id="41" name="Picture 4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b337b45-643d-49d7-9dca-2282df93c739.jp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95549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955499"/>
            <wp:docPr id="42" name="Picture 4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2bc45ef-8398-4437-bee3-72f8e9cddfd0.jp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95549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032000"/>
            <wp:docPr id="43" name="Picture 4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e9a7d9ff-041f-462e-b35e-7e8b3f446450.jp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032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362175"/>
            <wp:docPr id="44" name="Picture 4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ad41328-a9bb-4350-b2c4-9b6553928e25.jp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3621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6"/>
        <w:spacing w:line="360" w:lineRule="auto" w:before="0" w:after="0"/>
        <w:ind w:firstLine="420"/>
      </w:pPr>
      <w:r>
        <w:t>租赁协议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45" name="Picture 4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1283bba-ab9f-489e-b317-640dc03087aa.jp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5"/>
        <w:spacing w:line="360" w:lineRule="auto" w:before="0" w:after="0"/>
        <w:ind w:firstLine="420"/>
      </w:pPr>
      <w:r>
        <w:t>辽A5056A</w:t>
      </w:r>
    </w:p>
    <w:p>
      <w:pPr>
        <w:pStyle w:val="Heading6"/>
        <w:spacing w:line="360" w:lineRule="auto" w:before="0" w:after="0"/>
        <w:ind w:firstLine="420"/>
      </w:pPr>
      <w:r>
        <w:t>租赁协议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46" name="Picture 4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cfa27a1-ce83-4c72-8bb9-3545e90ea05a.jp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6"/>
        <w:spacing w:line="360" w:lineRule="auto" w:before="0" w:after="0"/>
        <w:ind w:firstLine="420"/>
      </w:pPr>
      <w:r>
        <w:t>行驶证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925026"/>
            <wp:docPr id="47" name="Picture 4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726dac3-74cd-48b0-8369-ae80aca0ffab.jp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92502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925026"/>
            <wp:docPr id="48" name="Picture 4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e72e2d3-9f7b-4d09-bfa0-acf2272d1b6c.jp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92502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5"/>
        <w:spacing w:line="360" w:lineRule="auto" w:before="0" w:after="0"/>
        <w:ind w:firstLine="420"/>
      </w:pPr>
      <w:r>
        <w:t>辽ABJ363</w:t>
      </w:r>
    </w:p>
    <w:p>
      <w:pPr>
        <w:pStyle w:val="Heading6"/>
        <w:spacing w:line="360" w:lineRule="auto" w:before="0" w:after="0"/>
        <w:ind w:firstLine="420"/>
      </w:pPr>
      <w:r>
        <w:t>租赁协议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49" name="Picture 4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e4db6a9-b19a-43c4-acb8-494d78655f2d.jp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6"/>
        <w:spacing w:line="360" w:lineRule="auto" w:before="0" w:after="0"/>
        <w:ind w:firstLine="420"/>
      </w:pPr>
      <w:r>
        <w:t>行驶证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925026"/>
            <wp:docPr id="50" name="Picture 5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d651042-6a30-4a6c-9df3-015e73824bb0.jp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92502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927101"/>
            <wp:docPr id="51" name="Picture 5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ca86423-35ca-4776-8e1c-fa678e067b49.jpg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92710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5"/>
        <w:spacing w:line="360" w:lineRule="auto" w:before="0" w:after="0"/>
        <w:ind w:firstLine="420"/>
      </w:pPr>
      <w:r>
        <w:t>辽ABK555</w:t>
      </w:r>
    </w:p>
    <w:p>
      <w:pPr>
        <w:pStyle w:val="Heading6"/>
        <w:spacing w:line="360" w:lineRule="auto" w:before="0" w:after="0"/>
        <w:ind w:firstLine="420"/>
      </w:pPr>
      <w:r>
        <w:t>租赁协议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52" name="Picture 5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1714225-a4cc-48ab-b398-f21eb6c676ea.jpg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6"/>
        <w:spacing w:line="360" w:lineRule="auto" w:before="0" w:after="0"/>
        <w:ind w:firstLine="420"/>
      </w:pPr>
      <w:r>
        <w:t>行驶证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931083"/>
            <wp:docPr id="53" name="Picture 5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19289ba-42eb-4658-b7e1-cf0975d058bb.jpg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93108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931083"/>
            <wp:docPr id="54" name="Picture 5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ebefdeae-c73d-4eb6-b57b-efc8897867f8.jpg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931083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1_1152">
    <w:name w:val="CustomTableStyle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jpg"/><Relationship Id="rId16" Type="http://schemas.openxmlformats.org/officeDocument/2006/relationships/image" Target="media/image8.jpg"/><Relationship Id="rId17" Type="http://schemas.openxmlformats.org/officeDocument/2006/relationships/image" Target="media/image9.jpg"/><Relationship Id="rId18" Type="http://schemas.openxmlformats.org/officeDocument/2006/relationships/image" Target="media/image10.jpg"/><Relationship Id="rId19" Type="http://schemas.openxmlformats.org/officeDocument/2006/relationships/image" Target="media/image11.jpg"/><Relationship Id="rId20" Type="http://schemas.openxmlformats.org/officeDocument/2006/relationships/image" Target="media/image12.jpg"/><Relationship Id="rId21" Type="http://schemas.openxmlformats.org/officeDocument/2006/relationships/image" Target="media/image13.jpg"/><Relationship Id="rId22" Type="http://schemas.openxmlformats.org/officeDocument/2006/relationships/image" Target="media/image14.jpg"/><Relationship Id="rId23" Type="http://schemas.openxmlformats.org/officeDocument/2006/relationships/image" Target="media/image15.jpg"/><Relationship Id="rId24" Type="http://schemas.openxmlformats.org/officeDocument/2006/relationships/image" Target="media/image16.jpg"/><Relationship Id="rId25" Type="http://schemas.openxmlformats.org/officeDocument/2006/relationships/image" Target="media/image17.jpg"/><Relationship Id="rId26" Type="http://schemas.openxmlformats.org/officeDocument/2006/relationships/image" Target="media/image18.jpg"/><Relationship Id="rId27" Type="http://schemas.openxmlformats.org/officeDocument/2006/relationships/image" Target="media/image19.jpg"/><Relationship Id="rId28" Type="http://schemas.openxmlformats.org/officeDocument/2006/relationships/image" Target="media/image20.jpg"/><Relationship Id="rId29" Type="http://schemas.openxmlformats.org/officeDocument/2006/relationships/image" Target="media/image21.jpg"/><Relationship Id="rId30" Type="http://schemas.openxmlformats.org/officeDocument/2006/relationships/image" Target="media/image22.jpg"/><Relationship Id="rId31" Type="http://schemas.openxmlformats.org/officeDocument/2006/relationships/image" Target="media/image23.jpg"/><Relationship Id="rId32" Type="http://schemas.openxmlformats.org/officeDocument/2006/relationships/image" Target="media/image24.jpg"/><Relationship Id="rId33" Type="http://schemas.openxmlformats.org/officeDocument/2006/relationships/image" Target="media/image25.jpg"/><Relationship Id="rId34" Type="http://schemas.openxmlformats.org/officeDocument/2006/relationships/image" Target="media/image26.jpg"/><Relationship Id="rId35" Type="http://schemas.openxmlformats.org/officeDocument/2006/relationships/image" Target="media/image27.jpg"/><Relationship Id="rId36" Type="http://schemas.openxmlformats.org/officeDocument/2006/relationships/image" Target="media/image28.jpg"/><Relationship Id="rId37" Type="http://schemas.openxmlformats.org/officeDocument/2006/relationships/image" Target="media/image29.jpg"/><Relationship Id="rId38" Type="http://schemas.openxmlformats.org/officeDocument/2006/relationships/image" Target="media/image30.jpg"/><Relationship Id="rId39" Type="http://schemas.openxmlformats.org/officeDocument/2006/relationships/image" Target="media/image31.jpg"/><Relationship Id="rId40" Type="http://schemas.openxmlformats.org/officeDocument/2006/relationships/image" Target="media/image32.jpg"/><Relationship Id="rId41" Type="http://schemas.openxmlformats.org/officeDocument/2006/relationships/image" Target="media/image33.jpg"/><Relationship Id="rId42" Type="http://schemas.openxmlformats.org/officeDocument/2006/relationships/image" Target="media/image34.jpg"/><Relationship Id="rId43" Type="http://schemas.openxmlformats.org/officeDocument/2006/relationships/image" Target="media/image35.jpg"/><Relationship Id="rId44" Type="http://schemas.openxmlformats.org/officeDocument/2006/relationships/image" Target="media/image36.jpg"/><Relationship Id="rId45" Type="http://schemas.openxmlformats.org/officeDocument/2006/relationships/image" Target="media/image37.jpg"/><Relationship Id="rId46" Type="http://schemas.openxmlformats.org/officeDocument/2006/relationships/image" Target="media/image38.jpg"/><Relationship Id="rId47" Type="http://schemas.openxmlformats.org/officeDocument/2006/relationships/image" Target="media/image39.jpg"/><Relationship Id="rId48" Type="http://schemas.openxmlformats.org/officeDocument/2006/relationships/image" Target="media/image40.jpg"/><Relationship Id="rId49" Type="http://schemas.openxmlformats.org/officeDocument/2006/relationships/image" Target="media/image41.jpg"/><Relationship Id="rId50" Type="http://schemas.openxmlformats.org/officeDocument/2006/relationships/image" Target="media/image42.jpg"/><Relationship Id="rId51" Type="http://schemas.openxmlformats.org/officeDocument/2006/relationships/image" Target="media/image43.jpg"/><Relationship Id="rId52" Type="http://schemas.openxmlformats.org/officeDocument/2006/relationships/image" Target="media/image44.jpg"/><Relationship Id="rId53" Type="http://schemas.openxmlformats.org/officeDocument/2006/relationships/image" Target="media/image45.jpg"/><Relationship Id="rId54" Type="http://schemas.openxmlformats.org/officeDocument/2006/relationships/image" Target="media/image46.jpg"/><Relationship Id="rId55" Type="http://schemas.openxmlformats.org/officeDocument/2006/relationships/image" Target="media/image47.jpg"/><Relationship Id="rId56" Type="http://schemas.openxmlformats.org/officeDocument/2006/relationships/image" Target="media/image48.jpg"/><Relationship Id="rId57" Type="http://schemas.openxmlformats.org/officeDocument/2006/relationships/image" Target="media/image4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