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4441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6a08af0-e5e7-46c8-a0c9-a9a1bf52d10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4441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