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  <w:spacing w:line="360" w:lineRule="auto" w:before="0" w:after="0"/>
        <w:ind w:firstLine="420"/>
      </w:pPr>
      <w:r>
        <w:t>投标函及投标函附录</w:t>
      </w:r>
    </w:p>
    <w:p>
      <w:pPr>
        <w:pStyle w:val="Heading2"/>
        <w:spacing w:line="360" w:lineRule="auto" w:before="0" w:after="0"/>
        <w:ind w:firstLine="420"/>
      </w:pPr>
      <w:r>
        <w:t>投标函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center"/>
        <w:rPr/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投标函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  <w:u w:val="single"/>
        </w:rPr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长城钻探工程有限公司钻井一公司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（招标人名称）：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1.我方已仔细研究了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长城钻探钻井一公司2024年度西北项目气密封检测、无牙痕下套管技术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（项目名称）招标文件的全部内容，我方投标报价为：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人民币（大写）（￥                           ）的投标报价（不含增值税，其中增值税税率为： ）；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服务期限：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自合同签订之日起两年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，按合同约定完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（项目名称）工作。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投标保证金：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万元（大写）（￥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）。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投标有效期：自开标之日起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120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日历日。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2.我方的投标文件包括下列内容：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（1）投标函及投标函附录；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（2）法定代表身份证明或授权委托书；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（3）联合体协议书（如有）；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（4）投标保证金；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（5）资格审查资料；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（6）服务方案；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……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投标文件的上述组成部分如存在内容不一致的，以投标函为准。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3. 我方承诺在招标文件规定的投标有效期内不撤销投标文件。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4. 如我方中标，我方承诺：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（1）在收到中标通知书后，在中标通知书规定的期限内与你方签订合同；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（2）在签订合同时不向你方提出附加条件；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（3）按照招标文件要求提交履约保证金；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（4）在合同约定的期限内完成合同规定的全部义务。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5. 我方在此声明，所递交的投标文件及有关资料内容完整、真实和准确，且不存在第二章“投标人须知”第1.4.3项规定的任何一种情形。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6. 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（其他补充说明）。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 标 人：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（盖单位章）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      法定代表人或其委托代理人：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       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（签字）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    地    址：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      网    址：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    电    话：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                        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年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月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日</w:t>
      </w:r>
      <w:r/>
    </w:p>
    <w:p>
      <w:pPr>
        <w:pBdr/>
        <w:spacing w:line="360" w:lineRule="auto" w:before="0" w:after="0"/>
        <w:ind w:firstLine="420"/>
        <w:rPr/>
      </w:pPr>
      <w:r/>
      <w:r/>
    </w:p>
    <w:p>
      <w:pPr>
        <w:pStyle w:val="Heading2"/>
        <w:spacing w:line="360" w:lineRule="auto" w:before="0" w:after="0"/>
        <w:ind w:firstLine="420"/>
      </w:pPr>
      <w:r>
        <w:t>投标函附录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投标函附录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909"/>
        <w:gridCol w:w="2199"/>
        <w:gridCol w:w="3129"/>
        <w:gridCol w:w="2079"/>
      </w:tblGrid>
      <w:tr>
        <w:trPr>
          <w:trHeight w:val="43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条款名称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2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约定内容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7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备注</w:t>
            </w:r>
            <w:r/>
          </w:p>
        </w:tc>
      </w:tr>
      <w:tr>
        <w:trPr>
          <w:trHeight w:val="105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项目负责人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（项目经理）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2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姓名：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  <w:u w:val="single"/>
              </w:rPr>
              <w:t xml:space="preserve">          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身份证号: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  <w:u w:val="single"/>
              </w:rPr>
              <w:t xml:space="preserve">           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资格证书名称：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  <w:u w:val="single"/>
              </w:rPr>
              <w:t xml:space="preserve">         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   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资格证书编号：</w:t>
            </w:r>
            <w:r>
              <w:rPr>
                <w:rFonts w:ascii="SimSun" w:hAnsi="SimSun" w:eastAsia="SimSun" w:cs="SimSun"/>
                <w:color w:val="000000"/>
                <w:spacing w:val="2"/>
                <w:sz w:val="21"/>
                <w:u w:val="single"/>
              </w:rPr>
              <w:t xml:space="preserve">         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7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41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……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……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12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……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7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888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投标人：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（盖单位章）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  法定代表人或其授权委托代理人：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（签字）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 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年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月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日</w:t>
      </w:r>
      <w:r/>
    </w:p>
    <w:p>
      <w:pPr>
        <w:pBdr/>
        <w:spacing w:line="360" w:lineRule="auto" w:before="0" w:after="0"/>
        <w:ind w:firstLine="420"/>
        <w:rPr/>
      </w:pPr>
      <w:r/>
    </w:p>
    <w:p>
      <w:pPr>
        <w:pStyle w:val="Heading1"/>
        <w:spacing w:line="360" w:lineRule="auto" w:before="0" w:after="0"/>
        <w:ind w:firstLine="420"/>
      </w:pPr>
      <w:r>
        <w:t>法定代表人身份证明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center"/>
        <w:rPr/>
      </w:pPr>
      <w:r>
        <w:rPr>
          <w:rFonts w:ascii="方正黑体简体" w:hAnsi="方正黑体简体" w:eastAsia="方正黑体简体" w:cs="方正黑体简体"/>
          <w:color w:val="000000"/>
          <w:spacing w:val="6"/>
          <w:sz w:val="30"/>
        </w:rPr>
        <w:t xml:space="preserve">法人代表人身份证明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（若法定代表人投标，不需提供授权委托书）：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投标人名称：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  单位性质：                                                      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地    址：                                                      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成立时间：                年             月              日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经营期限：                                                      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姓名：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性别：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 年龄：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职务：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系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（投标人名称）的法定代表人。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特此证明。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附：法定代表人身份证正反面复印件。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注：本身份证明需由投标人加盖单位公章。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                投标人：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   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（盖单位章） 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                                   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 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年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月</w:t>
      </w:r>
      <w:r>
        <w:rPr>
          <w:rFonts w:ascii="SimSun" w:hAnsi="SimSun" w:eastAsia="SimSun" w:cs="SimSun"/>
          <w:color w:val="000000"/>
          <w:spacing w:val="6"/>
          <w:sz w:val="21"/>
          <w:u w:val="single"/>
        </w:rPr>
        <w:t xml:space="preserve">    </w:t>
      </w:r>
      <w:r>
        <w:rPr>
          <w:rFonts w:ascii="SimSun" w:hAnsi="SimSun" w:eastAsia="SimSun" w:cs="SimSun"/>
          <w:color w:val="000000"/>
          <w:spacing w:val="6"/>
          <w:sz w:val="21"/>
        </w:rPr>
        <w:t xml:space="preserve">日 </w:t>
      </w:r>
      <w:r/>
    </w:p>
    <w:p>
      <w:pPr>
        <w:pBdr/>
        <w:spacing w:line="360" w:lineRule="auto" w:before="0" w:after="0"/>
        <w:ind w:firstLine="420"/>
        <w:rPr/>
      </w:pPr>
      <w:r/>
    </w:p>
    <w:p>
      <w:pPr>
        <w:pStyle w:val="Heading1"/>
        <w:spacing w:line="360" w:lineRule="auto" w:before="0" w:after="0"/>
        <w:ind w:firstLine="420"/>
      </w:pPr>
      <w:r>
        <w:t>联合体协议书</w:t>
      </w:r>
    </w:p>
    <w:p>
      <w:pPr>
        <w:pStyle w:val="Heading1"/>
        <w:spacing w:line="360" w:lineRule="auto" w:before="0" w:after="0"/>
        <w:ind w:firstLine="420"/>
      </w:pPr>
      <w:r>
        <w:t>投标保证金</w:t>
      </w:r>
    </w:p>
    <w:p>
      <w:pPr>
        <w:pStyle w:val="Heading1"/>
        <w:spacing w:line="360" w:lineRule="auto" w:before="0" w:after="0"/>
        <w:ind w:firstLine="420"/>
      </w:pPr>
      <w:r>
        <w:t>投标报价</w:t>
      </w:r>
    </w:p>
    <w:p>
      <w:pPr>
        <w:pStyle w:val="Heading2"/>
        <w:spacing w:line="360" w:lineRule="auto" w:before="0" w:after="0"/>
        <w:ind w:firstLine="420"/>
      </w:pPr>
      <w:r>
        <w:t>综合报价</w:t>
      </w:r>
    </w:p>
    <w:p>
      <w:pPr>
        <w:pStyle w:val="Heading2"/>
        <w:spacing w:line="360" w:lineRule="auto" w:before="0" w:after="0"/>
        <w:ind w:firstLine="420"/>
      </w:pPr>
      <w:r>
        <w:t>其他商务报价文件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56"/>
        <w:gridCol w:w="906"/>
        <w:gridCol w:w="490"/>
        <w:gridCol w:w="668"/>
        <w:gridCol w:w="376"/>
        <w:gridCol w:w="791"/>
        <w:gridCol w:w="372"/>
        <w:gridCol w:w="923"/>
        <w:gridCol w:w="816"/>
        <w:gridCol w:w="718"/>
        <w:gridCol w:w="752"/>
        <w:gridCol w:w="814"/>
        <w:gridCol w:w="843"/>
        <w:gridCol w:w="620"/>
      </w:tblGrid>
      <w:tr>
        <w:trPr>
          <w:trHeight w:val="200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服务名称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计价单位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最高投标限价单价（不含税）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税率（</w:t>
            </w:r>
            <w:r>
              <w:rPr>
                <w:rFonts w:ascii="等线" w:hAnsi="等线" w:eastAsia="等线" w:cs="等线"/>
                <w:color w:val="000000"/>
                <w:sz w:val="22"/>
              </w:rPr>
              <w:t xml:space="preserve">%</w:t>
            </w:r>
            <w:r>
              <w:rPr>
                <w:rFonts w:ascii="SimSun" w:hAnsi="SimSun" w:eastAsia="SimSun" w:cs="SimSun"/>
                <w:color w:val="000000"/>
                <w:sz w:val="22"/>
              </w:rPr>
              <w:t xml:space="preserve">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最高投标限价单价</w:t>
            </w:r>
            <w:r>
              <w:rPr>
                <w:rFonts w:ascii="等线" w:hAnsi="等线" w:eastAsia="等线" w:cs="等线"/>
                <w:color w:val="000000"/>
                <w:sz w:val="22"/>
              </w:rPr>
              <w:t xml:space="preserve"> </w:t>
            </w:r>
            <w:r>
              <w:rPr>
                <w:rFonts w:ascii="SimSun" w:hAnsi="SimSun" w:eastAsia="SimSun" w:cs="SimSun"/>
                <w:color w:val="000000"/>
                <w:sz w:val="22"/>
              </w:rPr>
              <w:t xml:space="preserve">（含税）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数量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最高投标限价预估总价（不含税）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最高投标限价预估总价（含税）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投标报价单价（不含税）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投标报价单价（含税）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投标报价行小计（不含税）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4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投标报价行小计（含税）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备注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气密封检测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元</w:t>
            </w:r>
            <w:r>
              <w:rPr>
                <w:rFonts w:ascii="等线" w:hAnsi="等线" w:eastAsia="等线" w:cs="等线"/>
                <w:color w:val="000000"/>
                <w:sz w:val="22"/>
              </w:rPr>
              <w:t xml:space="preserve">/</w:t>
            </w: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扣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948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1004.88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4950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4692600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4974156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919.56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5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974.7336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4551822.00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4824931.32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 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无压痕套管上扣服务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2"/>
              </w:rPr>
              <w:t xml:space="preserve">元</w:t>
            </w:r>
            <w:r>
              <w:rPr>
                <w:rFonts w:ascii="等线" w:hAnsi="等线" w:eastAsia="等线" w:cs="等线"/>
                <w:color w:val="000000"/>
                <w:sz w:val="22"/>
              </w:rPr>
              <w:t xml:space="preserve">/</w:t>
            </w:r>
            <w:r>
              <w:rPr>
                <w:rFonts w:ascii="SimSun" w:hAnsi="SimSun" w:eastAsia="SimSun" w:cs="SimSun"/>
                <w:color w:val="000000"/>
                <w:sz w:val="22"/>
              </w:rPr>
              <w:t xml:space="preserve">扣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480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508.8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7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405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2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194400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206064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465.60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5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493.536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188568.00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1"/>
              </w:rPr>
              <w:t xml:space="preserve">199882.08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 </w:t>
            </w:r>
            <w:r/>
          </w:p>
        </w:tc>
      </w:tr>
      <w:tr>
        <w:trPr/>
        <w:tc>
          <w:tcPr>
            <w:gridSpan w:val="11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right"/>
              <w:rPr/>
            </w:pPr>
            <w:r>
              <w:rPr>
                <w:rFonts w:ascii="SimSun" w:hAnsi="SimSun" w:eastAsia="SimSun" w:cs="SimSun"/>
                <w:b/>
                <w:color w:val="000000"/>
                <w:sz w:val="22"/>
              </w:rPr>
              <w:t xml:space="preserve">投标总报价（元）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4740390.00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4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  <w:u w:val="none"/>
              </w:rPr>
              <w:t xml:space="preserve">5024813.40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/>
            </w:pPr>
            <w:r>
              <w:rPr>
                <w:rFonts w:ascii="等线" w:hAnsi="等线" w:eastAsia="等线" w:cs="等线"/>
                <w:color w:val="000000"/>
                <w:sz w:val="22"/>
              </w:rPr>
              <w:t xml:space="preserve"> </w:t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等线" w:hAnsi="等线" w:eastAsia="等线" w:cs="等线"/>
          <w:color w:val="000000"/>
          <w:sz w:val="21"/>
        </w:rPr>
        <w:t xml:space="preserve"> </w:t>
      </w:r>
      <w:r/>
    </w:p>
    <w:p>
      <w:pPr>
        <w:pBdr/>
        <w:spacing w:line="360" w:lineRule="auto" w:before="0" w:after="0"/>
        <w:ind w:firstLine="420"/>
        <w:rPr/>
      </w:pPr>
      <w:r/>
    </w:p>
    <w:p>
      <w:pPr>
        <w:pStyle w:val="Heading1"/>
        <w:spacing w:line="360" w:lineRule="auto" w:before="0" w:after="0"/>
        <w:ind w:firstLine="420"/>
      </w:pPr>
      <w:r>
        <w:t>资格审查资料</w:t>
      </w:r>
    </w:p>
    <w:p>
      <w:pPr>
        <w:pStyle w:val="Heading2"/>
        <w:spacing w:line="360" w:lineRule="auto" w:before="0" w:after="0"/>
        <w:ind w:firstLine="420"/>
      </w:pPr>
      <w:r>
        <w:t>投标人基本情况表</w:t>
      </w:r>
    </w:p>
    <w:p>
      <w:pPr>
        <w:pBdr/>
        <w:spacing w:line="360" w:lineRule="auto" w:before="0" w:after="0"/>
        <w:ind w:firstLine="420"/>
        <w:jc w:val="center"/>
        <w:rPr>
          <w:rFonts w:ascii="SimSun" w:hAnsi="SimSun" w:eastAsia="SimSun" w:cs="SimSun"/>
          <w:color w:val="000000"/>
          <w:spacing w:val="6"/>
          <w:sz w:val="30"/>
          <w:szCs w:val="30"/>
          <w:highlight w:val="none"/>
        </w:rPr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投标人基本情况表</w:t>
      </w:r>
      <w:r>
        <w:rPr>
          <w:rFonts w:ascii="SimSun" w:hAnsi="SimSun" w:eastAsia="SimSun" w:cs="SimSun"/>
          <w:color w:val="000000"/>
          <w:spacing w:val="6"/>
          <w:sz w:val="30"/>
          <w:szCs w:val="30"/>
          <w:highlight w:val="none"/>
        </w:rPr>
      </w:r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800"/>
        <w:gridCol w:w="764"/>
        <w:gridCol w:w="873"/>
        <w:gridCol w:w="1346"/>
        <w:gridCol w:w="361"/>
        <w:gridCol w:w="110"/>
        <w:gridCol w:w="1897"/>
        <w:gridCol w:w="235"/>
        <w:gridCol w:w="1969"/>
      </w:tblGrid>
      <w:tr>
        <w:trPr>
          <w:trHeight w:val="44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投标人名称</w:t>
            </w:r>
            <w:r/>
          </w:p>
        </w:tc>
        <w:tc>
          <w:tcPr>
            <w:gridSpan w:val="8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3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注册地址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7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邮政编码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1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联系方式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联系人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1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7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电 话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2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传  真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1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7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网 址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10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法定代表人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姓名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7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技术职称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7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电话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6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1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技术负责人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姓名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7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技术职称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7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电话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6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61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企业资质证书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类型：                    等级：      证书号：</w:t>
            </w:r>
            <w:r/>
          </w:p>
        </w:tc>
      </w:tr>
      <w:tr>
        <w:trPr>
          <w:trHeight w:val="568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质量管理体系证书（如有）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类型：                    等级：      证书号：</w:t>
            </w:r>
            <w:r/>
          </w:p>
        </w:tc>
      </w:tr>
      <w:tr>
        <w:trPr>
          <w:trHeight w:val="479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营业执照号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7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员工总人数：</w:t>
            </w:r>
            <w:r/>
          </w:p>
        </w:tc>
      </w:tr>
      <w:tr>
        <w:trPr>
          <w:trHeight w:val="453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注册资本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61" w:type="dxa"/>
            <w:vAlign w:val="center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其中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0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高级职称人员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成立日期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0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中级职称人员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72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基本账户开户银行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0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技术人员数量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71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基本账户银行账号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98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vMerge w:val="continue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0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各类注册人员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1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经营范围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182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投标人关联企业情况（包括但不限于与投标人法定代表人为同一人或者存在控股、管理关系的不同单位）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39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0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备注</w:t>
            </w:r>
            <w:r/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5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</w:tbl>
    <w:p>
      <w:pPr>
        <w:pBdr/>
        <w:spacing w:line="360" w:lineRule="auto" w:before="0" w:after="0"/>
        <w:ind w:firstLine="420"/>
        <w:rPr/>
      </w:pPr>
      <w:r>
        <w:rPr>
          <w:rFonts w:ascii="SimSun" w:hAnsi="SimSun" w:eastAsia="SimSun" w:cs="SimSun"/>
          <w:color w:val="000000"/>
          <w:spacing w:val="6"/>
          <w:sz w:val="30"/>
          <w:highlight w:val="none"/>
        </w:rPr>
      </w:r>
      <w:r>
        <w:rPr>
          <w:rFonts w:ascii="SimSun" w:hAnsi="SimSun" w:eastAsia="SimSun" w:cs="SimSun"/>
          <w:color w:val="000000"/>
          <w:spacing w:val="6"/>
          <w:sz w:val="30"/>
          <w:highlight w:val="none"/>
        </w:rPr>
      </w:r>
      <w:r/>
    </w:p>
    <w:p>
      <w:pPr>
        <w:pStyle w:val="Heading3"/>
        <w:spacing w:line="360" w:lineRule="auto" w:before="0" w:after="0"/>
        <w:ind w:firstLine="420"/>
      </w:pPr>
      <w:r>
        <w:t>营业执照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4441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f6a08af0-e5e7-46c8-a0c9-a9a1bf52d10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444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  <w:spacing w:line="360" w:lineRule="auto" w:before="0" w:after="0"/>
        <w:ind w:firstLine="420"/>
      </w:pPr>
      <w:r>
        <w:t>基本账户开户许可证</w:t>
      </w:r>
    </w:p>
    <w:p>
      <w:pPr>
        <w:pStyle w:val="Heading3"/>
        <w:spacing w:line="360" w:lineRule="auto" w:before="0" w:after="0"/>
        <w:ind w:firstLine="420"/>
      </w:pPr>
      <w:r>
        <w:t>质量管理体系认证证书</w:t>
      </w:r>
    </w:p>
    <w:p>
      <w:pPr>
        <w:pStyle w:val="Heading3"/>
        <w:spacing w:line="360" w:lineRule="auto" w:before="0" w:after="0"/>
        <w:ind w:firstLine="420"/>
      </w:pPr>
      <w:r>
        <w:t>环境管理体系认证证书</w:t>
      </w:r>
    </w:p>
    <w:p>
      <w:pPr>
        <w:pStyle w:val="Heading3"/>
        <w:spacing w:line="360" w:lineRule="auto" w:before="0" w:after="0"/>
        <w:ind w:firstLine="420"/>
      </w:pPr>
      <w:r>
        <w:t>职业健康安全管理体系认证证书</w:t>
      </w:r>
    </w:p>
    <w:p>
      <w:pPr>
        <w:pStyle w:val="Heading2"/>
        <w:spacing w:line="360" w:lineRule="auto" w:before="0" w:after="0"/>
        <w:ind w:firstLine="420"/>
      </w:pPr>
      <w:r>
        <w:t>近年财务状况表</w:t>
      </w:r>
    </w:p>
    <w:p>
      <w:pPr>
        <w:pStyle w:val="Heading3"/>
        <w:spacing w:line="360" w:lineRule="auto" w:before="0" w:after="0"/>
        <w:ind w:firstLine="420"/>
      </w:pPr>
      <w:r>
        <w:t>2023年度审计报告</w:t>
      </w:r>
    </w:p>
    <w:p>
      <w:pPr>
        <w:pStyle w:val="Heading2"/>
        <w:spacing w:line="360" w:lineRule="auto" w:before="0" w:after="0"/>
        <w:ind w:firstLine="420"/>
      </w:pPr>
      <w:r>
        <w:t>近年完成的类似项目情况表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近年完成的类似项目情况表（可参考下表）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936"/>
        <w:gridCol w:w="1231"/>
        <w:gridCol w:w="1142"/>
        <w:gridCol w:w="951"/>
        <w:gridCol w:w="1069"/>
        <w:gridCol w:w="1172"/>
        <w:gridCol w:w="1128"/>
        <w:gridCol w:w="863"/>
        <w:gridCol w:w="863"/>
      </w:tblGrid>
      <w:tr>
        <w:trPr>
          <w:trHeight w:val="85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项目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委托单位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项目名称及地点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5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服务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范围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服务期限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7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合同价格（万元）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2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委托单位联系人及电话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开票金额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备注</w:t>
            </w:r>
            <w:r/>
          </w:p>
        </w:tc>
      </w:tr>
      <w:tr>
        <w:trPr>
          <w:trHeight w:val="8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7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2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7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2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7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2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7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2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6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  注：投标人应根据投标人须知前附表3.5.3项的要求在本表后附相关证明材料。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1. 须提供相关服务业绩情况汇总表、合同或发票复印件；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2. 石油、石化行业内生产或技术主管部门（处级）出具的当年用户评价证明（须包含甲方对HSE业绩的评价）；若无，须提供其他外部企业业绩表、合同或发票以及评价（须包含甲方对HSE业绩的评价）。</w:t>
      </w:r>
      <w:r/>
    </w:p>
    <w:p>
      <w:pPr>
        <w:pBdr/>
        <w:spacing w:line="360" w:lineRule="auto" w:before="0" w:after="0"/>
        <w:ind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3. 第三章“评标办法”要求提供的其他业绩证明材料。</w:t>
      </w:r>
      <w:r/>
      <w:r/>
      <w:r/>
    </w:p>
    <w:p>
      <w:pPr>
        <w:pStyle w:val="Heading3"/>
        <w:spacing w:line="360" w:lineRule="auto" w:before="0" w:after="0"/>
        <w:ind w:firstLine="420"/>
      </w:pPr>
      <w:r>
        <w:t>业绩</w:t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pStyle w:val="Heading5"/>
        <w:spacing w:line="360" w:lineRule="auto" w:before="0" w:after="0"/>
        <w:ind w:firstLine="420"/>
      </w:pPr>
      <w:r>
        <w:t>评价证明</w:t>
      </w:r>
    </w:p>
    <w:p>
      <w:pPr>
        <w:pStyle w:val="Heading2"/>
        <w:spacing w:line="360" w:lineRule="auto" w:before="0" w:after="0"/>
        <w:ind w:firstLine="420"/>
      </w:pPr>
      <w:r>
        <w:t>正在服务和新承接的项目情况表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正在服务和新承接的项目情况表（可参考下表）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974"/>
        <w:gridCol w:w="1006"/>
        <w:gridCol w:w="911"/>
        <w:gridCol w:w="1113"/>
        <w:gridCol w:w="1006"/>
        <w:gridCol w:w="1006"/>
        <w:gridCol w:w="1113"/>
        <w:gridCol w:w="1208"/>
        <w:gridCol w:w="1017"/>
      </w:tblGrid>
      <w:tr>
        <w:trPr>
          <w:trHeight w:val="1217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项目序号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委托单位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11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项目名称及地点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服务范围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服务期限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合同价格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（万元）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委托单位联系人及电话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0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已完工工作量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1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方正黑体简体" w:hAnsi="方正黑体简体" w:eastAsia="方正黑体简体" w:cs="方正黑体简体"/>
                <w:color w:val="000000"/>
                <w:spacing w:val="2"/>
                <w:sz w:val="21"/>
              </w:rPr>
              <w:t xml:space="preserve">备注</w:t>
            </w:r>
            <w:r/>
          </w:p>
        </w:tc>
      </w:tr>
      <w:tr>
        <w:trPr>
          <w:trHeight w:val="85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7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1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0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7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1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0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7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1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0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  <w:tr>
        <w:trPr>
          <w:trHeight w:val="85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7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1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0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1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0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444" w:left="0"/>
              <w:rPr/>
            </w:pPr>
            <w:r>
              <w:rPr>
                <w:rFonts w:ascii="SimSun" w:hAnsi="SimSun" w:eastAsia="SimSun" w:cs="SimSun"/>
                <w:color w:val="000000"/>
                <w:spacing w:val="6"/>
                <w:sz w:val="21"/>
              </w:rPr>
              <w:t xml:space="preserve"> </w:t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21"/>
        </w:rPr>
        <w:t xml:space="preserve">注：投标人应根据投标人须知前附表3.5.4项的要求在本表后附相关证明材料。</w:t>
      </w:r>
      <w:r/>
    </w:p>
    <w:p>
      <w:pPr>
        <w:pBdr/>
        <w:spacing w:line="360" w:lineRule="auto" w:before="0" w:after="0"/>
        <w:ind w:firstLine="420"/>
        <w:rPr/>
      </w:pPr>
      <w:r>
        <w:rPr>
          <w:rFonts w:ascii="SimSun" w:hAnsi="SimSun" w:eastAsia="SimSun" w:cs="SimSun"/>
          <w:color w:val="000000"/>
          <w:spacing w:val="6"/>
          <w:sz w:val="30"/>
          <w:highlight w:val="none"/>
        </w:rPr>
      </w:r>
      <w:r>
        <w:rPr>
          <w:rFonts w:ascii="SimSun" w:hAnsi="SimSun" w:eastAsia="SimSun" w:cs="SimSun"/>
          <w:color w:val="000000"/>
          <w:spacing w:val="6"/>
          <w:sz w:val="30"/>
          <w:highlight w:val="none"/>
        </w:rPr>
      </w:r>
    </w:p>
    <w:p>
      <w:pPr>
        <w:pStyle w:val="Heading2"/>
        <w:spacing w:line="360" w:lineRule="auto" w:before="0" w:after="0"/>
        <w:ind w:firstLine="420"/>
      </w:pPr>
      <w:r>
        <w:t>近年发生的诉讼及仲裁情况及企业信誉情况</w:t>
      </w:r>
    </w:p>
    <w:p>
      <w:pPr>
        <w:pStyle w:val="Heading3"/>
        <w:spacing w:line="360" w:lineRule="auto" w:before="0" w:after="0"/>
        <w:ind w:firstLine="420"/>
      </w:pPr>
      <w:r>
        <w:t>国家企业信用信息公示系统</w:t>
      </w:r>
    </w:p>
    <w:p>
      <w:pPr>
        <w:pStyle w:val="Heading3"/>
        <w:spacing w:line="360" w:lineRule="auto" w:before="0" w:after="0"/>
        <w:ind w:firstLine="420"/>
      </w:pPr>
      <w:r>
        <w:t>中国执行信息公开网</w:t>
      </w:r>
    </w:p>
    <w:p>
      <w:pPr>
        <w:pStyle w:val="Heading3"/>
        <w:spacing w:line="360" w:lineRule="auto" w:before="0" w:after="0"/>
        <w:ind w:firstLine="420"/>
      </w:pPr>
      <w:r>
        <w:t>中国石油招标投标网</w:t>
      </w:r>
    </w:p>
    <w:p>
      <w:pPr>
        <w:pStyle w:val="Heading1"/>
        <w:spacing w:line="360" w:lineRule="auto" w:before="0" w:after="0"/>
        <w:ind w:firstLine="420"/>
      </w:pPr>
      <w:r>
        <w:t>拟投入人员及设备</w:t>
      </w:r>
    </w:p>
    <w:p>
      <w:pPr>
        <w:pStyle w:val="Heading2"/>
        <w:spacing w:line="360" w:lineRule="auto" w:before="0" w:after="0"/>
        <w:ind w:firstLine="420"/>
      </w:pPr>
      <w:r>
        <w:t>拟投入人员</w:t>
      </w:r>
    </w:p>
    <w:p>
      <w:pPr>
        <w:pStyle w:val="Heading3"/>
        <w:spacing w:line="360" w:lineRule="auto" w:before="0" w:after="0"/>
        <w:ind w:firstLine="420"/>
      </w:pPr>
      <w:r>
        <w:t>项目负责人（项目经理）简历表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rPr/>
      </w:pPr>
      <w:r>
        <w:rPr>
          <w:rFonts w:ascii="SimSun" w:hAnsi="SimSun" w:eastAsia="SimSun" w:cs="SimSun"/>
          <w:color w:val="000000"/>
          <w:spacing w:val="6"/>
          <w:sz w:val="30"/>
        </w:rPr>
        <w:t xml:space="preserve">项目负责人（项目经理）简历表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720"/>
        <w:gridCol w:w="658"/>
        <w:gridCol w:w="913"/>
        <w:gridCol w:w="129"/>
        <w:gridCol w:w="671"/>
        <w:gridCol w:w="438"/>
        <w:gridCol w:w="67"/>
        <w:gridCol w:w="1159"/>
        <w:gridCol w:w="312"/>
        <w:gridCol w:w="497"/>
        <w:gridCol w:w="854"/>
        <w:gridCol w:w="295"/>
        <w:gridCol w:w="1404"/>
      </w:tblGrid>
      <w:tr>
        <w:trPr>
          <w:trHeight w:val="6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姓名</w:t>
            </w:r>
            <w:r/>
          </w:p>
        </w:tc>
        <w:tc>
          <w:tcPr>
            <w:gridSpan w:val="4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7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0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性别</w:t>
            </w:r>
            <w:r/>
          </w:p>
        </w:tc>
        <w:tc>
          <w:tcPr>
            <w:gridSpan w:val="3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年龄</w:t>
            </w:r>
            <w:r/>
          </w:p>
        </w:tc>
        <w:tc>
          <w:tcPr>
            <w:gridSpan w:val="2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72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职务</w:t>
            </w:r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7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0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职称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6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5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专业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706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参加工作时间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63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担任项目负责人（项目经理）年限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688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资格证书编号及专业</w:t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82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68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（其它执业资格）</w:t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82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68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90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82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57"/>
        </w:trPr>
        <w:tc>
          <w:tcPr>
            <w:gridSpan w:val="1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11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类似项目情况</w:t>
            </w:r>
            <w:r/>
          </w:p>
        </w:tc>
      </w:tr>
      <w:tr>
        <w:trPr>
          <w:trHeight w:val="951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委托单位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项目名称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服务内容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服务合同金额（万元）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本人职责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招标人及联系电话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Arial" w:hAnsi="Arial" w:eastAsia="Arial" w:cs="Arial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>
          <w:trHeight w:val="48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7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4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8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4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20" w:lineRule="atLeast"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pacing w:val="2"/>
                <w:sz w:val="21"/>
              </w:rPr>
              <w:t xml:space="preserve"> 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20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58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13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71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59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1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9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4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95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04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/>
              <w:ind/>
              <w:rPr/>
            </w:pPr>
            <w:r/>
          </w:p>
        </w:tc>
      </w:tr>
    </w:tbl>
    <w:p>
      <w:pPr>
        <w:pBdr/>
        <w:spacing w:line="360" w:lineRule="auto" w:before="0" w:after="0"/>
        <w:ind w:firstLine="420"/>
        <w:rPr/>
      </w:pPr>
      <w:r>
        <w:rPr>
          <w:rFonts w:ascii="SimSun" w:hAnsi="SimSun" w:eastAsia="SimSun" w:cs="SimSun"/>
          <w:color w:val="000000"/>
          <w:spacing w:val="6"/>
          <w:sz w:val="22"/>
        </w:rPr>
        <w:t xml:space="preserve">注：投标人应根据投标人须知第3.5.6项的要求在本表后附相关证明材料</w:t>
      </w:r>
      <w:r/>
      <w:r/>
    </w:p>
    <w:p>
      <w:pPr>
        <w:pStyle w:val="Heading4"/>
        <w:spacing w:line="360" w:lineRule="auto" w:before="0" w:after="0"/>
        <w:ind w:firstLine="420"/>
      </w:pPr>
      <w:r>
        <w:t>项目负责人</w:t>
      </w:r>
    </w:p>
    <w:p>
      <w:pPr>
        <w:pStyle w:val="Heading3"/>
        <w:spacing w:line="360" w:lineRule="auto" w:before="0" w:after="0"/>
        <w:ind w:firstLine="420"/>
      </w:pPr>
      <w:r>
        <w:t>其他人员情况表</w:t>
      </w:r>
    </w:p>
    <w:p>
      <w:pPr>
        <w:pStyle w:val="Heading4"/>
        <w:spacing w:line="360" w:lineRule="auto" w:before="0" w:after="0"/>
        <w:ind w:firstLine="420"/>
      </w:pPr>
      <w:r>
        <w:t>其他人员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