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4"/>
        <w:spacing w:line="360" w:lineRule="auto" w:before="0" w:after="0"/>
        <w:ind w:firstLine="420"/>
      </w:pPr>
      <w:r>
        <w:t>4703329039</w:t>
      </w:r>
    </w:p>
    <w:p>
      <w:pPr>
        <w:pStyle w:val="Heading5"/>
        <w:spacing w:line="360" w:lineRule="auto" w:before="0" w:after="0"/>
        <w:ind w:firstLine="420"/>
      </w:pPr>
      <w:r>
        <w:t>发票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04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116222b-6eba-403e-b864-eec51df59662.jpe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0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04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c5128c0-b53a-4c91-b427-960d952c4eb0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0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04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a0df2e4-dd97-4a50-bfa2-12f9df7946a1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0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/>
    </w:p>
    <w:p>
      <w:pPr>
        <w:pStyle w:val="Heading5"/>
        <w:spacing w:line="360" w:lineRule="auto" w:before="0" w:after="0"/>
        <w:ind w:firstLine="420"/>
      </w:pPr>
      <w:r>
        <w:t>订单</w:t>
      </w:r>
    </w:p>
    <w:p>
      <w:pPr>
        <w:spacing w:line="360" w:lineRule="auto" w:before="0" w:after="0"/>
        <w:ind w:firstLine="420"/>
      </w:pPr>
      <w:r/>
    </w:p>
    <w:p>
      <w:pPr>
        <w:spacing w:line="360" w:lineRule="auto" w:before="0" w:after="0"/>
        <w:ind w:firstLine="420"/>
      </w:pPr>
      <w:r/>
    </w:p>
    <w:p>
      <w:pPr>
        <w:spacing w:line="360" w:lineRule="auto" w:before="0" w:after="0"/>
        <w:ind w:firstLine="420"/>
      </w:pPr>
      <w:r/>
    </w:p>
    <w:p>
      <w:pPr>
        <w:spacing w:line="360" w:lineRule="auto" w:before="0" w:after="0"/>
        <w:ind w:firstLine="420"/>
      </w:pPr>
      <w:r/>
    </w:p>
    <w:p>
      <w:pPr>
        <w:spacing w:line="360" w:lineRule="auto" w:before="0" w:after="0"/>
        <w:ind w:firstLine="420"/>
      </w:pPr>
      <w:r/>
    </w:p>
    <w:p>
      <w:pPr>
        <w:spacing w:line="360" w:lineRule="auto" w:before="0" w:after="0"/>
        <w:ind w:firstLine="420"/>
      </w:pPr>
      <w:r/>
    </w:p>
    <w:p>
      <w:pPr>
        <w:spacing w:line="360" w:lineRule="auto" w:before="0" w:after="0"/>
        <w:ind w:firstLine="420"/>
      </w:pPr>
      <w:r/>
    </w:p>
    <w:p>
      <w:pPr>
        <w:spacing w:line="360" w:lineRule="auto" w:before="0" w:after="0"/>
        <w:ind w:firstLine="420"/>
      </w:pPr>
      <w:r/>
    </w:p>
    <w:p>
      <w:pPr>
        <w:pStyle w:val="Heading4"/>
        <w:spacing w:line="360" w:lineRule="auto" w:before="0" w:after="0"/>
        <w:ind w:firstLine="420"/>
      </w:pPr>
      <w:r>
        <w:t>4703360403</w:t>
      </w:r>
    </w:p>
    <w:p>
      <w:pPr>
        <w:pStyle w:val="Heading5"/>
        <w:spacing w:line="360" w:lineRule="auto" w:before="0" w:after="0"/>
        <w:ind w:firstLine="420"/>
      </w:pPr>
      <w:r>
        <w:t>发票</w:t>
      </w:r>
    </w:p>
    <w:p>
      <w:pPr>
        <w:spacing w:line="360" w:lineRule="auto" w:before="0" w:after="0"/>
        <w:ind w:firstLine="420"/>
      </w:pPr>
      <w:r/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04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1fdeada-a47f-417c-afe8-8b1044002a59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0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04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d96bf5d-473c-45d6-a9e0-bf28b3bac6f5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0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订单</w:t>
      </w:r>
    </w:p>
    <w:p>
      <w:pPr>
        <w:spacing w:line="360" w:lineRule="auto" w:before="0" w:after="0"/>
        <w:ind w:firstLine="420"/>
      </w:pPr>
      <w:r/>
    </w:p>
    <w:p>
      <w:pPr>
        <w:spacing w:line="360" w:lineRule="auto" w:before="0" w:after="0"/>
        <w:ind w:firstLine="420"/>
      </w:pPr>
      <w:r/>
    </w:p>
    <w:p>
      <w:pPr>
        <w:spacing w:line="360" w:lineRule="auto" w:before="0" w:after="0"/>
        <w:ind w:firstLine="420"/>
      </w:pPr>
      <w:r/>
    </w:p>
    <w:p>
      <w:pPr>
        <w:spacing w:line="360" w:lineRule="auto" w:before="0" w:after="0"/>
        <w:ind w:firstLine="420"/>
      </w:pPr>
      <w:r/>
    </w:p>
    <w:p>
      <w:pPr>
        <w:spacing w:line="360" w:lineRule="auto" w:before="0" w:after="0"/>
        <w:ind w:firstLine="420"/>
      </w:pPr>
      <w:r/>
    </w:p>
    <w:p>
      <w:pPr>
        <w:pStyle w:val="Heading4"/>
        <w:spacing w:line="360" w:lineRule="auto" w:before="0" w:after="0"/>
        <w:ind w:firstLine="420"/>
      </w:pPr>
      <w:r>
        <w:t>4703390812</w:t>
      </w:r>
    </w:p>
    <w:p>
      <w:pPr>
        <w:pStyle w:val="Heading5"/>
        <w:spacing w:line="360" w:lineRule="auto" w:before="0" w:after="0"/>
        <w:ind w:firstLine="420"/>
      </w:pPr>
      <w:r>
        <w:t>发票</w:t>
      </w:r>
    </w:p>
    <w:p>
      <w:pPr>
        <w:spacing w:line="360" w:lineRule="auto" w:before="0" w:after="0"/>
        <w:ind w:firstLine="420"/>
      </w:pPr>
      <w:r/>
    </w:p>
    <w:p>
      <w:pPr>
        <w:spacing w:line="360" w:lineRule="auto" w:before="0" w:after="0"/>
        <w:ind w:firstLine="420"/>
      </w:pPr>
      <w:r/>
    </w:p>
    <w:p>
      <w:pPr>
        <w:pStyle w:val="Heading5"/>
        <w:spacing w:line="360" w:lineRule="auto" w:before="0" w:after="0"/>
        <w:ind w:firstLine="420"/>
      </w:pPr>
      <w:r>
        <w:t>订单</w:t>
      </w:r>
    </w:p>
    <w:p>
      <w:pPr>
        <w:spacing w:line="360" w:lineRule="auto" w:before="0" w:after="0"/>
        <w:ind w:firstLine="420"/>
      </w:pPr>
      <w:r/>
    </w:p>
    <w:p>
      <w:pPr>
        <w:spacing w:line="360" w:lineRule="auto" w:before="0" w:after="0"/>
        <w:ind w:firstLine="420"/>
      </w:pPr>
      <w:r/>
    </w:p>
    <w:p>
      <w:pPr>
        <w:spacing w:line="360" w:lineRule="auto" w:before="0" w:after="0"/>
        <w:ind w:firstLine="420"/>
      </w:pPr>
      <w:r/>
    </w:p>
    <w:p>
      <w:pPr>
        <w:pStyle w:val="Heading4"/>
        <w:spacing w:line="360" w:lineRule="auto" w:before="0" w:after="0"/>
        <w:ind w:firstLine="420"/>
      </w:pPr>
      <w:r>
        <w:t>4703390813</w:t>
      </w:r>
    </w:p>
    <w:p>
      <w:pPr>
        <w:pStyle w:val="Heading5"/>
        <w:spacing w:line="360" w:lineRule="auto" w:before="0" w:after="0"/>
        <w:ind w:firstLine="420"/>
      </w:pPr>
      <w:r>
        <w:t>发票</w:t>
      </w:r>
    </w:p>
    <w:p>
      <w:pPr>
        <w:spacing w:line="360" w:lineRule="auto" w:before="0" w:after="0"/>
        <w:ind w:firstLine="420"/>
      </w:pPr>
      <w:r/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04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e645806-c326-466b-bf94-4c9402d48263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0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订单</w:t>
      </w:r>
    </w:p>
    <w:p>
      <w:pPr>
        <w:spacing w:line="360" w:lineRule="auto" w:before="0" w:after="0"/>
        <w:ind w:firstLine="420"/>
      </w:pPr>
      <w:r/>
    </w:p>
    <w:p>
      <w:pPr>
        <w:spacing w:line="360" w:lineRule="auto" w:before="0" w:after="0"/>
        <w:ind w:firstLine="420"/>
      </w:pPr>
      <w:r/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rPr>
      <w:rFonts w:ascii="宋体" w:hAnsi="宋体" w:eastAsia="宋体"/>
      <w:color w:val="000000"/>
      <w:sz w:val="21"/>
    </w:r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 w:ascii="宋体" w:hAnsi="宋体" w:eastAsia="宋体"/>
      <w:b/>
      <w:bCs/>
      <w:i/>
      <w:iCs/>
      <w:color w:val="000000"/>
      <w:sz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 w:ascii="宋体" w:hAnsi="宋体" w:eastAsia="宋体"/>
      <w:b/>
      <w:color w:val="000000"/>
      <w:sz w:val="28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 w:ascii="宋体" w:hAnsi="宋体" w:eastAsia="宋体"/>
      <w:b/>
      <w:color w:val="000000"/>
      <w:sz w:val="24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1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jpeg"/><Relationship Id="rId10" Type="http://schemas.openxmlformats.org/officeDocument/2006/relationships/image" Target="media/image2.jpeg"/><Relationship Id="rId11" Type="http://schemas.openxmlformats.org/officeDocument/2006/relationships/image" Target="media/image3.jpeg"/><Relationship Id="rId12" Type="http://schemas.openxmlformats.org/officeDocument/2006/relationships/image" Target="media/image4.jpeg"/><Relationship Id="rId13" Type="http://schemas.openxmlformats.org/officeDocument/2006/relationships/image" Target="media/image5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