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证书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6732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0322992-46e9-495e-a418-6d692441cdc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673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6732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e94537-0f19-4757-8023-ebe9217c15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673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证书截图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1005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452465d-11e4-466d-ab6a-707abe3dcef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100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973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eea7f5-6cef-4e15-998f-1662d21a611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973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