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5770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0668f74-b005-45e6-a2f6-79627017b3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577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134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93e92da-35b8-4a8f-8550-2206bcc7abb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13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241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03ffe85-3e21-46ea-a476-8785a62fdf2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241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682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9e8a901-0898-4c6a-9934-ae12779badf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68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0514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1c8815b-29ba-4bb8-99cd-86a977c2539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051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017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6171f62-508d-4526-af0d-5e6b89bcc5b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01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922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300f5b9-5c2a-4571-a148-e8e8d4fab91f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92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17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cb298ad-96bd-4de3-b501-364e42dcd6f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1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17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1d5f17e-0598-49da-977d-ec702c66b8f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1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500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4b415b-ac24-4fd9-9cd3-d1da265a114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922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34c1f9-3bb5-467e-92d7-ac15901b5fa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92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01631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f679e0f-d52e-4397-bb0c-0b91f8f88df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016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922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196532-2c3e-467a-94c9-0bc3c4a96f4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92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500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b411fc0-e711-4a4f-89b4-3c162b064ee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4931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800da56-0052-436d-b816-2f66d113ed4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493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922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081d21-3a17-469a-ab86-0cea8163758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92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6822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157d711-28ed-4ae7-a5ef-20e6b403051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68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5007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62a77ba-ee3f-40b1-a1f5-24303d8d335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500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