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高速编织机</w:t>
      </w:r>
    </w:p>
    <w:p>
      <w:pPr>
        <w:pStyle w:val="Heading5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776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fcdaa7-91ee-4d6e-bd20-9cd285601f7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77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铭牌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6270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0e1ef04-75eb-4036-98a1-1e1ff890ff4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627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0918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7689c3c-4fa7-477b-81ac-27602f6c56c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091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0435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5d725a0-2d97-43f3-ac8d-3f52317b654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0435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