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0694bdc-f556-4dd0-b1ce-d74796394d8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62b4e9c-b63c-4649-a567-1e4103af172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f43b730-cc6e-4c2c-857c-720696fe67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22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acaba5f-aa7e-486a-ac96-00f74fba96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22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