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3167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4e9153d-1d8b-4f28-b97e-abe73763078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316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316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00808b0-c0b4-4d6c-9651-1860734bfbf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3167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