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0320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cf8d1658-f8a6-4f4a-a165-6ddb4551109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032000"/>
                    </a:xfrm>
                    <a:prstGeom prst="rect"/>
                  </pic:spPr>
                </pic:pic>
              </a:graphicData>
            </a:graphic>
          </wp:inline>
        </w:drawing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  <w:rPr>
      <w:rFonts w:ascii="宋体" w:hAnsi="宋体" w:eastAsia="宋体"/>
      <w:color w:val="000000"/>
      <w:sz w:val="21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4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 w:ascii="宋体" w:hAnsi="宋体" w:eastAsia="宋体"/>
      <w:b/>
      <w:bCs/>
      <w:i/>
      <w:iCs/>
      <w:color w:val="000000"/>
      <w:sz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 w:ascii="宋体" w:hAnsi="宋体" w:eastAsia="宋体"/>
      <w:b/>
      <w:color w:val="000000"/>
      <w:sz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 w:ascii="宋体" w:hAnsi="宋体" w:eastAsia="宋体"/>
      <w:b/>
      <w:color w:val="000000"/>
      <w:sz w:val="24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1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