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6b8e16-da05-4c31-989b-1f2d8d231aa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7380e14-7363-4d6f-b623-cce837e2575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a7fac9-030c-45be-99fc-aca15bf399c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b30fe2c-104e-4eb6-9d75-f2c37eea3e2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