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22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58af812-a468-4980-a132-1d6ef41dddeb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2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22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fa8c1f7-5f77-40db-a09e-756fa9675c0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2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22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1585681-667c-48e3-8bb2-585bfe4f228b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2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22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2019155-73e8-4e7c-87d4-4722bf83342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22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