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f255c64-c526-4b74-8556-31091eb6144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ece774a-8850-4c2a-8aa9-e38c0f9a7e9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7953a99-01f6-4f62-8fcf-bd511695fac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777cdb-f79a-4b56-8280-122975d7d0c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bae7132-b639-42af-a408-d3c78538ce1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71a6f34-456a-4a98-8f3d-c5b9450a698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78d2b5-1182-430b-b85b-be0da3f51647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4b859b-6d51-4953-86d6-cca246fee33e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8d243-b6da-44d5-910b-dd029e8045ec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d8f4d82-d776-41fa-b7e3-691061a8d01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af913d3-d859-4a5d-9654-e364045a515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7da2327-5ed7-4501-b187-7148bcaf3cb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dd6e782-5e7f-4d9a-b3f0-34bd11cd665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5176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94d163-ddcb-415c-9068-c720c4575d2d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5176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