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书皮</w:t>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t xml:space="preserve"> </w:t>
      </w:r>
      <w:r>
        <w:t xml:space="preserve"> </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sz w:val="30"/>
          <w:szCs w:val="30"/>
          <w:u w:val="single"/>
        </w:rPr>
        <w:t xml:space="preserve">大连石化公司2024年-2025年石蜡包装用打包带、胶带年度框架采购招标（二次）</w:t>
      </w: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color w:val="000000"/>
          <w:spacing w:val="6"/>
          <w:sz w:val="30"/>
        </w:rPr>
        <w:t xml:space="preserve">（项目名称）材料采购招标项目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Times New Roman" w:hAnsi="Times New Roman" w:eastAsia="Times New Roman" w:cs="Times New Roman"/>
          <w:color w:val="000000"/>
          <w:spacing w:val="6"/>
          <w:sz w:val="20"/>
          <w:szCs w:val="20"/>
          <w:highlight w:val="none"/>
        </w:rPr>
      </w:pPr>
      <w:r>
        <w:rPr>
          <w:rFonts w:ascii="Times New Roman" w:hAnsi="Times New Roman" w:eastAsia="Times New Roman" w:cs="Times New Roman"/>
          <w:color w:val="000000"/>
          <w:spacing w:val="6"/>
          <w:sz w:val="20"/>
        </w:rPr>
        <w:t xml:space="preserve"> </w:t>
      </w:r>
      <w:r>
        <w:rPr>
          <w:rFonts w:ascii="Times New Roman" w:hAnsi="Times New Roman" w:eastAsia="Times New Roman" w:cs="Times New Roman"/>
          <w:color w:val="000000"/>
          <w:spacing w:val="6"/>
          <w:sz w:val="20"/>
          <w:szCs w:val="20"/>
          <w:highlight w:val="none"/>
        </w:rPr>
      </w:r>
      <w:r>
        <w:rPr>
          <w:rFonts w:ascii="Times New Roman" w:hAnsi="Times New Roman" w:eastAsia="Times New Roman" w:cs="Times New Roman"/>
          <w:color w:val="000000"/>
          <w:spacing w:val="6"/>
          <w:sz w:val="20"/>
          <w:szCs w:val="20"/>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Times New Roman" w:hAnsi="Times New Roman" w:eastAsia="Times New Roman" w:cs="Times New Roman"/>
          <w:color w:val="000000"/>
          <w:spacing w:val="6"/>
          <w:sz w:val="20"/>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黑体简体" w:hAnsi="方正黑体简体" w:eastAsia="方正黑体简体" w:cs="方正黑体简体"/>
          <w:color w:val="000000"/>
          <w:spacing w:val="200"/>
          <w:sz w:val="52"/>
        </w:rPr>
        <w:t xml:space="preserve">投标文件</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pacing w:val="6"/>
          <w:sz w:val="4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Times New Roman" w:hAnsi="Times New Roman" w:eastAsia="Times New Roman" w:cs="Times New Roman"/>
          <w:color w:val="000000"/>
          <w:spacing w:val="6"/>
          <w:sz w:val="28"/>
          <w:szCs w:val="28"/>
          <w:highlight w:val="none"/>
        </w:rPr>
      </w:pPr>
      <w:r>
        <w:rPr>
          <w:rFonts w:ascii="Times New Roman" w:hAnsi="Times New Roman" w:eastAsia="Times New Roman" w:cs="Times New Roman"/>
          <w:color w:val="000000"/>
          <w:spacing w:val="6"/>
          <w:sz w:val="28"/>
        </w:rPr>
        <w:t xml:space="preserve"> </w:t>
      </w:r>
      <w:r>
        <w:rPr>
          <w:rFonts w:ascii="Times New Roman" w:hAnsi="Times New Roman" w:eastAsia="Times New Roman" w:cs="Times New Roman"/>
          <w:color w:val="000000"/>
          <w:spacing w:val="6"/>
          <w:sz w:val="28"/>
          <w:szCs w:val="28"/>
          <w:highlight w:val="none"/>
        </w:rPr>
      </w:r>
      <w:r>
        <w:rPr>
          <w:rFonts w:ascii="Times New Roman" w:hAnsi="Times New Roman" w:eastAsia="Times New Roman" w:cs="Times New Roman"/>
          <w:color w:val="000000"/>
          <w:spacing w:val="6"/>
          <w:sz w:val="28"/>
          <w:szCs w:val="28"/>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Times New Roman" w:hAnsi="Times New Roman" w:eastAsia="Times New Roman" w:cs="Times New Roman"/>
          <w:color w:val="000000"/>
          <w:spacing w:val="6"/>
          <w:sz w:val="28"/>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r>
      <w:r>
        <mc:AlternateContent>
          <mc:Choice Requires="wpg">
            <w:drawing>
              <wp:anchor distT="0" distB="0" distL="115200" distR="115200" simplePos="0" relativeHeight="2048" behindDoc="1" locked="0" layoutInCell="1" allowOverlap="1">
                <wp:simplePos x="0" y="0"/>
                <wp:positionH relativeFrom="column">
                  <wp:posOffset>2138997</wp:posOffset>
                </wp:positionH>
                <wp:positionV relativeFrom="paragraph">
                  <wp:posOffset>38659</wp:posOffset>
                </wp:positionV>
                <wp:extent cx="1514475" cy="14859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rot="0" flipH="0" flipV="0">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8.42pt;mso-position-horizontal:absolute;mso-position-vertical-relative:text;margin-top:3.04pt;mso-position-vertical:absolute;width:119.25pt;height:117.00pt;mso-wrap-distance-left:9.07pt;mso-wrap-distance-top:0.00pt;mso-wrap-distance-right:9.07pt;mso-wrap-distance-bottom:0.00pt;rotation:0;z-index:1;" stroked="false">
                <v:imagedata r:id="rId9" o:title=""/>
                <o:lock v:ext="edit" rotation="t"/>
              </v:shape>
            </w:pict>
          </mc:Fallback>
        </mc:AlternateContent>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r>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 w:left="0" w:firstLine="420"/>
        <w:jc w:val="center"/>
        <w:rPr/>
      </w:pPr>
      <w:r>
        <w:rPr>
          <w:rFonts w:ascii="方正黑体简体" w:hAnsi="方正黑体简体" w:eastAsia="方正黑体简体" w:cs="方正黑体简体"/>
          <w:color w:val="000000"/>
          <w:spacing w:val="15"/>
          <w:sz w:val="24"/>
        </w:rPr>
        <w:t xml:space="preserve">投标人：</w:t>
      </w:r>
      <w:r>
        <w:rPr>
          <w:rFonts w:ascii="方正黑体简体" w:hAnsi="方正黑体简体" w:eastAsia="方正黑体简体" w:cs="方正黑体简体"/>
          <w:color w:val="000000"/>
          <w:spacing w:val="15"/>
          <w:sz w:val="24"/>
          <w:u w:val="single"/>
        </w:rPr>
        <w:t xml:space="preserve"> </w:t>
      </w:r>
      <w:r>
        <w:t xml:space="preserve">苏州市高新区恒杉胶粘制品有限公司</w:t>
      </w:r>
      <w:r>
        <w:rPr>
          <w:rFonts w:ascii="方正黑体简体" w:hAnsi="方正黑体简体" w:eastAsia="方正黑体简体" w:cs="方正黑体简体"/>
          <w:color w:val="000000"/>
          <w:spacing w:val="15"/>
          <w:sz w:val="24"/>
        </w:rPr>
        <w:t xml:space="preserve">（盖单位章）</w:t>
      </w: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rPr/>
      </w:pPr>
      <w:r>
        <w:rPr>
          <w:rFonts w:ascii="方正黑体简体" w:hAnsi="方正黑体简体" w:eastAsia="方正黑体简体" w:cs="方正黑体简体"/>
          <w:color w:val="000000"/>
          <w:spacing w:val="15"/>
          <w:sz w:val="24"/>
        </w:rPr>
        <w:t xml:space="preserve"> </w:t>
      </w:r>
      <w:r>
        <mc:AlternateContent>
          <mc:Choice Requires="wpg">
            <w:drawing>
              <wp:anchor distT="0" distB="0" distL="115200" distR="115200" simplePos="0" relativeHeight="5120" behindDoc="1" locked="0" layoutInCell="1" allowOverlap="1">
                <wp:simplePos x="0" y="0"/>
                <wp:positionH relativeFrom="column">
                  <wp:posOffset>3653472</wp:posOffset>
                </wp:positionH>
                <wp:positionV relativeFrom="paragraph">
                  <wp:posOffset>152028</wp:posOffset>
                </wp:positionV>
                <wp:extent cx="693736" cy="213586"/>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0"/>
                        <a:stretch/>
                      </pic:blipFill>
                      <pic:spPr bwMode="auto">
                        <a:xfrm flipH="0" flipV="0">
                          <a:off x="0" y="0"/>
                          <a:ext cx="693736" cy="213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287.67pt;mso-position-horizontal:absolute;mso-position-vertical-relative:text;margin-top:11.97pt;mso-position-vertical:absolute;width:54.62pt;height:16.82pt;mso-wrap-distance-left:9.07pt;mso-wrap-distance-top:0.00pt;mso-wrap-distance-right:9.07pt;mso-wrap-distance-bottom:0.00pt;z-index:1;" stroked="false">
                <v:imagedata r:id="rId10" o:title=""/>
                <o:lock v:ext="edit" rotation="t"/>
              </v:shape>
            </w:pict>
          </mc:Fallback>
        </mc:AlternateContent>
      </w:r>
      <w:r>
        <w:rPr>
          <w:rFonts w:ascii="方正黑体简体" w:hAnsi="方正黑体简体" w:eastAsia="方正黑体简体" w:cs="方正黑体简体"/>
          <w:color w:val="000000"/>
          <w:spacing w:val="15"/>
          <w:sz w:val="24"/>
        </w:rPr>
      </w:r>
      <w:r/>
    </w:p>
    <w:p>
      <w:pPr>
        <w:pBdr>
          <w:top w:val="none" w:color="000000" w:sz="4" w:space="0"/>
          <w:left w:val="none" w:color="000000" w:sz="4" w:space="0"/>
          <w:bottom w:val="none" w:color="000000" w:sz="4" w:space="0"/>
          <w:right w:val="none" w:color="000000" w:sz="4" w:space="0"/>
        </w:pBdr>
        <w:spacing w:line="360" w:lineRule="auto" w:before="0" w:after="0"/>
        <w:ind w:right="-33" w:left="0" w:firstLine="420"/>
        <w:jc w:val="center"/>
        <w:rPr/>
      </w:pPr>
      <w:r>
        <w:rPr>
          <w:rFonts w:ascii="方正黑体简体" w:hAnsi="方正黑体简体" w:eastAsia="方正黑体简体" w:cs="方正黑体简体"/>
          <w:color w:val="000000"/>
          <w:spacing w:val="15"/>
          <w:sz w:val="24"/>
        </w:rPr>
        <w:t xml:space="preserve">法定代表人(单位负责人)或委托代理人：</w:t>
      </w:r>
      <w:r>
        <w:rPr>
          <w:rFonts w:ascii="方正黑体简体" w:hAnsi="方正黑体简体" w:eastAsia="方正黑体简体" w:cs="方正黑体简体"/>
          <w:color w:val="000000"/>
          <w:spacing w:val="15"/>
          <w:sz w:val="24"/>
          <w:u w:val="single"/>
        </w:rPr>
        <w:t xml:space="preserve">  </w:t>
      </w:r>
      <w:r/>
      <w:r>
        <w:rPr>
          <w:rFonts w:ascii="方正黑体简体" w:hAnsi="方正黑体简体" w:eastAsia="方正黑体简体" w:cs="方正黑体简体"/>
          <w:color w:val="000000"/>
          <w:spacing w:val="15"/>
          <w:sz w:val="24"/>
          <w:u w:val="single"/>
        </w:rPr>
      </w:r>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rPr>
        <w:t xml:space="preserve"> (签字）</w:t>
      </w: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jc w:val="center"/>
        <w:rPr>
          <w:rFonts w:ascii="SimSun" w:hAnsi="SimSun" w:eastAsia="SimSun" w:cs="SimSun"/>
          <w:color w:val="000000"/>
          <w:spacing w:val="15"/>
          <w:sz w:val="32"/>
          <w:szCs w:val="32"/>
          <w:highlight w:val="none"/>
        </w:rPr>
      </w:pPr>
      <w:r>
        <w:rPr>
          <w:rFonts w:ascii="SimSun" w:hAnsi="SimSun" w:eastAsia="SimSun" w:cs="SimSun"/>
          <w:color w:val="000000"/>
          <w:spacing w:val="15"/>
          <w:sz w:val="32"/>
        </w:rPr>
        <w:t xml:space="preserve"> </w:t>
      </w:r>
      <w:r>
        <w:rPr>
          <w:rFonts w:ascii="SimSun" w:hAnsi="SimSun" w:eastAsia="SimSun" w:cs="SimSun"/>
          <w:color w:val="000000"/>
          <w:spacing w:val="15"/>
          <w:sz w:val="32"/>
          <w:szCs w:val="32"/>
          <w:highlight w:val="none"/>
        </w:rPr>
      </w:r>
      <w:r>
        <w:rPr>
          <w:rFonts w:ascii="SimSun" w:hAnsi="SimSun" w:eastAsia="SimSun" w:cs="SimSun"/>
          <w:color w:val="000000"/>
          <w:spacing w:val="15"/>
          <w:sz w:val="32"/>
          <w:szCs w:val="32"/>
          <w:highlight w:val="none"/>
        </w:rP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jc w:val="center"/>
        <w:rPr>
          <w:rFonts w:ascii="SimSun" w:hAnsi="SimSun" w:eastAsia="SimSun" w:cs="SimSun"/>
          <w:sz w:val="21"/>
          <w:szCs w:val="21"/>
        </w:rPr>
      </w:pPr>
      <w:r>
        <w:rPr>
          <w:rFonts w:ascii="SimSun" w:hAnsi="SimSun" w:eastAsia="SimSun" w:cs="SimSun"/>
          <w:color w:val="000000"/>
          <w:spacing w:val="15"/>
          <w:sz w:val="32"/>
          <w:highlight w:val="none"/>
        </w:rPr>
      </w:r>
      <w:r>
        <w:rPr>
          <w:rFonts w:ascii="SimSun" w:hAnsi="SimSun" w:eastAsia="SimSun" w:cs="SimSun"/>
          <w:sz w:val="21"/>
          <w:szCs w:val="21"/>
        </w:rPr>
      </w: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jc w:val="center"/>
        <w:rPr/>
      </w:pPr>
      <w:r>
        <w:rPr>
          <w:rFonts w:ascii="SimSun" w:hAnsi="SimSun" w:eastAsia="SimSun" w:cs="SimSun"/>
          <w:color w:val="000000"/>
          <w:spacing w:val="15"/>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47" w:left="0" w:firstLine="420"/>
        <w:jc w:val="center"/>
        <w:rPr>
          <w:rFonts w:ascii="宋体" w:hAnsi="宋体" w:cs="宋体"/>
          <w:sz w:val="30"/>
          <w:szCs w:val="30"/>
        </w:rPr>
      </w:pPr>
      <w:r>
        <w:rPr>
          <w:rFonts w:ascii="宋体" w:hAnsi="宋体" w:eastAsia="宋体" w:cs="宋体"/>
          <w:color w:val="000000"/>
          <w:spacing w:val="15"/>
          <w:sz w:val="30"/>
          <w:szCs w:val="30"/>
          <w:u w:val="single"/>
        </w:rPr>
      </w:r>
      <w:r>
        <w:rPr>
          <w:rFonts w:ascii="宋体" w:hAnsi="宋体" w:eastAsia="宋体" w:cs="宋体"/>
          <w:sz w:val="30"/>
          <w:szCs w:val="30"/>
        </w:rPr>
        <w:t xml:space="preserve">2024年8月26日</w:t>
      </w:r>
      <w:r>
        <w:rPr>
          <w:rFonts w:ascii="宋体" w:hAnsi="宋体" w:eastAsia="宋体" w:cs="宋体"/>
          <w:color w:val="000000"/>
          <w:spacing w:val="15"/>
          <w:sz w:val="30"/>
          <w:szCs w:val="30"/>
        </w:rPr>
        <w:t xml:space="preserve"> </w:t>
      </w:r>
      <w:r>
        <w:rPr>
          <w:rFonts w:ascii="宋体" w:hAnsi="宋体" w:eastAsia="宋体" w:cs="宋体"/>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
    </w:p>
    <w:p>
      <w:pPr>
        <w:pBdr/>
        <w:spacing w:line="360" w:lineRule="auto" w:before="0" w:after="0"/>
        <w:ind w:firstLine="420"/>
        <w:rPr/>
      </w:pPr>
      <w:r>
        <w:rPr>
          <w:rFonts w:ascii="Times New Roman" w:hAnsi="Times New Roman" w:eastAsia="Times New Roman" w:cs="Times New Roman"/>
          <w:color w:val="000000"/>
          <w:spacing w:val="6"/>
          <w:sz w:val="21"/>
        </w:rPr>
        <w:t xml:space="preserve"> </w:t>
      </w:r>
      <w:r/>
    </w:p>
    <w:p>
      <w:pPr>
        <w:pStyle w:val="Heading1"/>
        <w:spacing w:line="360" w:lineRule="auto" w:before="0" w:after="0"/>
        <w:ind w:firstLine="420"/>
      </w:pPr>
      <w:r>
        <w:t>投标函</w:t>
      </w:r>
    </w:p>
    <w:p>
      <w:pPr>
        <w:numPr>
          <w:ilvl w:val="0"/>
          <w:numId w:val="10"/>
        </w:numPr>
        <w:pBdr>
          <w:top w:val="none" w:color="000000" w:sz="4" w:space="0"/>
          <w:left w:val="none" w:color="000000" w:sz="4" w:space="0"/>
          <w:bottom w:val="none" w:color="000000" w:sz="4" w:space="0"/>
          <w:right w:val="none" w:color="000000" w:sz="4" w:space="0"/>
        </w:pBdr>
        <w:spacing w:line="360" w:lineRule="auto" w:before="0" w:after="0"/>
        <w:ind w:firstLine="420"/>
        <w:jc w:val="center"/>
        <w:rPr>
          <w:rFonts w:ascii="宋体" w:hAnsi="宋体" w:cs="宋体"/>
          <w:sz w:val="30"/>
          <w:szCs w:val="30"/>
        </w:rPr>
      </w:pPr>
      <w:r>
        <w:rPr>
          <w:rFonts w:ascii="宋体" w:hAnsi="宋体" w:eastAsia="宋体" w:cs="宋体"/>
          <w:b/>
          <w:color w:val="000000"/>
          <w:spacing w:val="6"/>
          <w:sz w:val="30"/>
          <w:szCs w:val="30"/>
        </w:rPr>
        <w:t xml:space="preserve">投标函</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442" w:firstLine="420"/>
        <w:rPr>
          <w:rFonts w:ascii="宋体" w:hAnsi="宋体" w:cs="宋体"/>
          <w:sz w:val="21"/>
          <w:szCs w:val="21"/>
        </w:rPr>
      </w:pPr>
      <w:r>
        <w:rPr>
          <w:rFonts w:ascii="宋体" w:hAnsi="宋体" w:eastAsia="宋体" w:cs="宋体"/>
          <w:b/>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中国石油天然气股份有限公司大连石化分公司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（招标人名称）：</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1.我方已仔细研究了</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大连石化公司2024年-2025年石蜡包装用打包带、胶带年度框架采购招标（二次）</w:t>
      </w:r>
      <w:r>
        <w:rPr>
          <w:rFonts w:ascii="宋体" w:hAnsi="宋体" w:eastAsia="宋体" w:cs="宋体"/>
          <w:color w:val="000000"/>
          <w:spacing w:val="6"/>
          <w:sz w:val="21"/>
          <w:szCs w:val="21"/>
        </w:rPr>
        <w:t xml:space="preserve">（项目名称）材料采购招标项目招标文件的全部内容，愿意以人民币（大写）</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叁拾捌万玖仟壹佰元整</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389100.00</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）的到货总价（含税含运费，其中，增值税税率为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13%     </w:t>
      </w:r>
      <w:r>
        <w:rPr>
          <w:rFonts w:ascii="宋体" w:hAnsi="宋体" w:eastAsia="宋体" w:cs="宋体"/>
          <w:color w:val="000000"/>
          <w:spacing w:val="6"/>
          <w:sz w:val="21"/>
          <w:szCs w:val="21"/>
        </w:rPr>
        <w:t xml:space="preserve">）提供</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石蜡包装用打包带、胶带</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（材料名称及技术服务和质保期服务），并按合同约定履行义务。</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2. 我方的投标文件包括下列内容：</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（1）投标函；</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（2）法定代表人（单位负责人）身份证明或授权委托书；</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（3）联合体协议书（如接受联合体投标）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（4）投标保证金，金额为（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5000.00元</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（5）商务和技术偏差表；</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（6）报价表；</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（7）资格审查资料；</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（8）投标材料质量标准的详细描述；</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（9）技术支持资料；</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（10）相关服务计划；</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（11）其他资料；</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投标文件的上述组成部分如存在内容不一致的，以投标函为准。</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．我方承诺除商务和技术偏差表列出的偏差外，我方响应招标文件的全部要求。</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．我方承诺在招标文件规定的投标有效期内不撤销投标文件。</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．如我方中标，我方承诺：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1</w:t>
      </w:r>
      <w:r>
        <w:rPr>
          <w:rFonts w:ascii="宋体" w:hAnsi="宋体" w:eastAsia="宋体" w:cs="宋体"/>
          <w:color w:val="000000"/>
          <w:spacing w:val="6"/>
          <w:sz w:val="21"/>
          <w:szCs w:val="21"/>
        </w:rPr>
        <w:t xml:space="preserve">）在收到中标通知书后，在中标通知书规定的期限内与你方签订合同。</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2</w:t>
      </w:r>
      <w:r>
        <w:rPr>
          <w:rFonts w:ascii="宋体" w:hAnsi="宋体" w:eastAsia="宋体" w:cs="宋体"/>
          <w:color w:val="000000"/>
          <w:spacing w:val="6"/>
          <w:sz w:val="21"/>
          <w:szCs w:val="21"/>
        </w:rPr>
        <w:t xml:space="preserve">）在签订合同时不向你方提出附加条件。</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）按照招标文件要求提交履约保证金。</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）在合同约定的期限内完成合同规定的全部义务。</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）投标人已详细审查全部招标文件，我们完全理解并同意放弃对这方面有不明及误解的权力。</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6</w:t>
      </w:r>
      <w:r>
        <w:rPr>
          <w:rFonts w:ascii="宋体" w:hAnsi="宋体" w:eastAsia="宋体" w:cs="宋体"/>
          <w:color w:val="000000"/>
          <w:spacing w:val="6"/>
          <w:sz w:val="21"/>
          <w:szCs w:val="21"/>
        </w:rPr>
        <w:t xml:space="preserve">）本投标有效期为自投标截止日起</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90</w:t>
      </w:r>
      <w:r>
        <w:rPr>
          <w:rFonts w:ascii="宋体" w:hAnsi="宋体" w:eastAsia="宋体" w:cs="宋体"/>
          <w:color w:val="000000"/>
          <w:spacing w:val="6"/>
          <w:sz w:val="21"/>
          <w:szCs w:val="21"/>
          <w:u w:val="single"/>
        </w:rPr>
        <w:t xml:space="preserve">）</w:t>
      </w:r>
      <w:r>
        <w:rPr>
          <w:rFonts w:ascii="宋体" w:hAnsi="宋体" w:eastAsia="宋体" w:cs="宋体"/>
          <w:color w:val="000000"/>
          <w:spacing w:val="6"/>
          <w:sz w:val="21"/>
          <w:szCs w:val="21"/>
        </w:rPr>
        <w:t xml:space="preserve">日历日。</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rPr>
        <w:t xml:space="preserve">）投标人同意投标人须知</w:t>
      </w:r>
      <w:r>
        <w:rPr>
          <w:rFonts w:ascii="宋体" w:hAnsi="宋体" w:eastAsia="宋体" w:cs="宋体"/>
          <w:color w:val="000000"/>
          <w:spacing w:val="6"/>
          <w:sz w:val="21"/>
          <w:szCs w:val="21"/>
        </w:rPr>
        <w:t xml:space="preserve">3.4.4</w:t>
      </w:r>
      <w:r>
        <w:rPr>
          <w:rFonts w:ascii="宋体" w:hAnsi="宋体" w:eastAsia="宋体" w:cs="宋体"/>
          <w:color w:val="000000"/>
          <w:spacing w:val="6"/>
          <w:sz w:val="21"/>
          <w:szCs w:val="21"/>
        </w:rPr>
        <w:t xml:space="preserve">条款中关于不予退还投标保证金的规定。</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8</w:t>
      </w:r>
      <w:r>
        <w:rPr>
          <w:rFonts w:ascii="宋体" w:hAnsi="宋体" w:eastAsia="宋体" w:cs="宋体"/>
          <w:color w:val="000000"/>
          <w:spacing w:val="6"/>
          <w:sz w:val="21"/>
          <w:szCs w:val="21"/>
        </w:rPr>
        <w:t xml:space="preserve">）根据投标人须知规定，我方承诺，与买方聘请的为此项目提供咨询服务的公司及任何附属机构均无关联，我方不是买方的附属机构。</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（9）投标人同意提供按照贵方可能要求的与其投标有关的一切数据或资料。完全理解贵方不一定接受最低价的投标或收到的任何投标。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6．我方在此声明，所递交的投标文件及有关资料内容完整、真实和准确，且不存在第二章“投标人须知”第1.4.3项规定的任何一种情形。</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distT="0" distB="0" distL="115200" distR="115200" simplePos="0" relativeHeight="2048" behindDoc="1" locked="0" layoutInCell="1" allowOverlap="1">
                <wp:simplePos x="0" y="0"/>
                <wp:positionH relativeFrom="column">
                  <wp:posOffset>2131692</wp:posOffset>
                </wp:positionH>
                <wp:positionV relativeFrom="paragraph">
                  <wp:posOffset>134875</wp:posOffset>
                </wp:positionV>
                <wp:extent cx="1514475" cy="14859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9"/>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7.85pt;mso-position-horizontal:absolute;mso-position-vertical-relative:text;margin-top:10.62pt;mso-position-vertical:absolute;width:119.25pt;height:117.00pt;mso-wrap-distance-left:9.07pt;mso-wrap-distance-top:0.00pt;mso-wrap-distance-right:9.07pt;mso-wrap-distance-bottom:0.00pt;z-index:1;" stroked="false">
                <v:imagedata r:id="rId9" o:title=""/>
                <o:lock v:ext="edit" rotation="t"/>
              </v:shape>
            </w:pict>
          </mc:Fallback>
        </mc:AlternateConten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无</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（其他补充说明）。</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distT="0" distB="0" distL="115200" distR="115200" simplePos="0" relativeHeight="4096" behindDoc="1" locked="0" layoutInCell="1" allowOverlap="1">
                <wp:simplePos x="0" y="0"/>
                <wp:positionH relativeFrom="column">
                  <wp:posOffset>3977639</wp:posOffset>
                </wp:positionH>
                <wp:positionV relativeFrom="paragraph">
                  <wp:posOffset>111807</wp:posOffset>
                </wp:positionV>
                <wp:extent cx="572476" cy="38593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0"/>
                        <a:stretch/>
                      </pic:blipFill>
                      <pic:spPr bwMode="auto">
                        <a:xfrm flipH="0" flipV="0">
                          <a:off x="0" y="0"/>
                          <a:ext cx="572475" cy="3859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313.20pt;mso-position-horizontal:absolute;mso-position-vertical-relative:text;margin-top:8.80pt;mso-position-vertical:absolute;width:45.08pt;height:30.39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                   投 标 人：</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t xml:space="preserve">（盖单位章）</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法定代表人（单位负责人）或其委托代理人：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（签字）</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地</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苏州市高新区金枫路655号A1东厂房</w:t>
      </w:r>
      <w:r>
        <w:rPr>
          <w:rFonts w:ascii="宋体" w:hAnsi="宋体" w:eastAsia="宋体" w:cs="宋体"/>
          <w:sz w:val="21"/>
          <w:szCs w:val="21"/>
          <w:u w:val="singl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网</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电</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话：</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13865915051</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传</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真：</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邮政编码：</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215011 </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111" w:left="0" w:firstLine="420"/>
        <w:jc w:val="right"/>
        <w:rPr>
          <w:rFonts w:ascii="宋体" w:hAnsi="宋体" w:cs="宋体"/>
          <w:sz w:val="21"/>
          <w:szCs w:val="21"/>
        </w:rPr>
      </w:pPr>
      <w:r>
        <w:rPr>
          <w:rFonts w:ascii="宋体" w:hAnsi="宋体" w:eastAsia="宋体" w:cs="宋体"/>
          <w:color w:val="000000"/>
          <w:spacing w:val="6"/>
          <w:sz w:val="21"/>
          <w:szCs w:val="21"/>
          <w:u w:val="non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111" w:left="0" w:firstLine="420"/>
        <w:jc w:val="right"/>
        <w:rPr>
          <w:rFonts w:ascii="宋体" w:hAnsi="宋体" w:cs="宋体"/>
          <w:sz w:val="21"/>
          <w:szCs w:val="21"/>
          <w:u w:val="single"/>
        </w:rPr>
      </w:pPr>
      <w:r>
        <w:rPr>
          <w:rFonts w:ascii="宋体" w:hAnsi="宋体" w:eastAsia="宋体" w:cs="宋体"/>
          <w:color w:val="000000"/>
          <w:spacing w:val="6"/>
          <w:sz w:val="21"/>
          <w:szCs w:val="21"/>
          <w:u w:val="single"/>
        </w:rPr>
      </w:r>
      <w:r>
        <w:rPr>
          <w:rFonts w:ascii="宋体" w:hAnsi="宋体" w:eastAsia="宋体" w:cs="宋体"/>
          <w:sz w:val="21"/>
          <w:szCs w:val="21"/>
          <w:u w:val="single"/>
        </w:rPr>
        <w:t xml:space="preserve">2024年8月26日</w:t>
      </w:r>
      <w:r>
        <w:rPr>
          <w:rFonts w:ascii="宋体" w:hAnsi="宋体" w:eastAsia="宋体" w:cs="宋体"/>
          <w:sz w:val="21"/>
          <w:szCs w:val="21"/>
          <w:u w:val="single"/>
        </w:rPr>
      </w:r>
      <w:r>
        <w:rPr>
          <w:rFonts w:ascii="宋体" w:hAnsi="宋体" w:cs="宋体"/>
          <w:sz w:val="21"/>
          <w:szCs w:val="21"/>
          <w:u w:val="singl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
        <w:rPr>
          <w:rFonts w:ascii="宋体" w:hAnsi="宋体" w:cs="宋体"/>
          <w:szCs w:val="21"/>
        </w:rPr>
      </w:r>
      <w:r>
        <w:rPr>
          <w:rFonts w:ascii="宋体" w:hAnsi="宋体" w:cs="宋体"/>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spacing w:line="360" w:lineRule="auto" w:before="0" w:after="0"/>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Heading1"/>
        <w:spacing w:line="360" w:lineRule="auto" w:before="0" w:after="0"/>
        <w:ind w:firstLine="420"/>
      </w:pPr>
      <w:r>
        <w:t>法定代表人（单位负责人）身份证明</w:t>
      </w:r>
    </w:p>
    <w:p>
      <w:pPr>
        <w:pBdr>
          <w:top w:val="none" w:color="000000" w:sz="4" w:space="0"/>
          <w:left w:val="none" w:color="000000" w:sz="4" w:space="0"/>
          <w:bottom w:val="none" w:color="000000" w:sz="4" w:space="0"/>
          <w:right w:val="none" w:color="000000" w:sz="4" w:space="0"/>
        </w:pBdr>
        <w:spacing w:line="360" w:lineRule="auto" w:before="0" w:after="0"/>
        <w:ind w:right="0" w:left="442" w:firstLine="420"/>
        <w:jc w:val="center"/>
        <w:rPr>
          <w:rFonts w:ascii="宋体" w:hAnsi="宋体" w:cs="宋体"/>
          <w:sz w:val="30"/>
          <w:szCs w:val="30"/>
        </w:rPr>
      </w:pPr>
      <w:r>
        <w:rPr>
          <w:rFonts w:ascii="宋体" w:hAnsi="宋体" w:eastAsia="宋体" w:cs="宋体"/>
          <w:b/>
          <w:color w:val="000000"/>
          <w:spacing w:val="6"/>
          <w:sz w:val="30"/>
          <w:szCs w:val="30"/>
        </w:rPr>
        <w:t xml:space="preserve">二、法定代表人（单位负责人）身份证明</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投标人名称：</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性别</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男</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年龄：</w:t>
      </w:r>
      <w:r>
        <w:rPr>
          <w:rFonts w:ascii="宋体" w:hAnsi="宋体" w:eastAsia="宋体" w:cs="宋体"/>
          <w:sz w:val="21"/>
          <w:szCs w:val="21"/>
          <w:u w:val="single"/>
        </w:rPr>
        <w:t xml:space="preserve">43</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职务：</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总经理</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特此证明。</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附：法定代表人（单位负责人）身份证复印件。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8192" behindDoc="1" locked="0" layoutInCell="1" allowOverlap="1">
                <wp:simplePos x="0" y="0"/>
                <wp:positionH relativeFrom="column">
                  <wp:posOffset>2408816</wp:posOffset>
                </wp:positionH>
                <wp:positionV relativeFrom="paragraph">
                  <wp:posOffset>228293</wp:posOffset>
                </wp:positionV>
                <wp:extent cx="2179399" cy="1383012"/>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1"/>
                        <a:stretch/>
                      </pic:blipFill>
                      <pic:spPr bwMode="auto">
                        <a:xfrm flipH="0" flipV="0">
                          <a:off x="0" y="0"/>
                          <a:ext cx="2179398" cy="1383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8192;o:allowoverlap:true;o:allowincell:true;mso-position-horizontal-relative:text;margin-left:189.67pt;mso-position-horizontal:absolute;mso-position-vertical-relative:text;margin-top:17.98pt;mso-position-vertical:absolute;width:171.61pt;height:108.90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r>
      <w:r>
        <mc:AlternateContent>
          <mc:Choice Requires="wpg">
            <w:drawing>
              <wp:anchor distT="0" distB="0" distL="115200" distR="115200" simplePos="0" relativeHeight="4096" behindDoc="1" locked="0" layoutInCell="1" allowOverlap="1">
                <wp:simplePos x="0" y="0"/>
                <wp:positionH relativeFrom="column">
                  <wp:posOffset>76200</wp:posOffset>
                </wp:positionH>
                <wp:positionV relativeFrom="paragraph">
                  <wp:posOffset>228293</wp:posOffset>
                </wp:positionV>
                <wp:extent cx="2124993" cy="1329835"/>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2"/>
                        <a:stretch/>
                      </pic:blipFill>
                      <pic:spPr bwMode="auto">
                        <a:xfrm flipH="0" flipV="0">
                          <a:off x="0" y="0"/>
                          <a:ext cx="2124993" cy="1329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6.00pt;mso-position-horizontal:absolute;mso-position-vertical-relative:text;margin-top:17.98pt;mso-position-vertical:absolute;width:167.32pt;height:104.71pt;mso-wrap-distance-left:9.07pt;mso-wrap-distance-top:0.00pt;mso-wrap-distance-right:9.07pt;mso-wrap-distance-bottom:0.00pt;z-index:1;" stroked="false">
                <v:imagedata r:id="rId12"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rPr>
      </w:pPr>
      <w:r>
        <w:rPr>
          <w:rFonts w:ascii="宋体" w:hAnsi="宋体" w:eastAsia="宋体" w:cs="宋体"/>
          <w:color w:val="000000"/>
          <w:spacing w:val="6"/>
          <w:sz w:val="21"/>
          <w:szCs w:val="21"/>
        </w:rPr>
        <w:t xml:space="preserve">                               </w:t>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mc:AlternateContent>
          <mc:Choice Requires="wpg">
            <w:drawing>
              <wp:anchor distT="0" distB="0" distL="115200" distR="115200" simplePos="0" relativeHeight="2048" behindDoc="1" locked="0" layoutInCell="1" allowOverlap="1">
                <wp:simplePos x="0" y="0"/>
                <wp:positionH relativeFrom="column">
                  <wp:posOffset>3286125</wp:posOffset>
                </wp:positionH>
                <wp:positionV relativeFrom="paragraph">
                  <wp:posOffset>142875</wp:posOffset>
                </wp:positionV>
                <wp:extent cx="1514475" cy="14859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9"/>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o:allowoverlap:true;o:allowincell:true;mso-position-horizontal-relative:text;margin-left:258.75pt;mso-position-horizontal:absolute;mso-position-vertical-relative:text;margin-top:11.25pt;mso-position-vertical:absolute;width:119.25pt;height:117.00pt;mso-wrap-distance-left:9.07pt;mso-wrap-distance-top:0.00pt;mso-wrap-distance-right:9.07pt;mso-wrap-distance-bottom:0.00pt;z-index:1;" stroked="false">
                <v:imagedata r:id="rId9" o:title=""/>
                <o:lock v:ext="edit" rotation="t"/>
              </v:shape>
            </w:pict>
          </mc:Fallback>
        </mc:AlternateConten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2836"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投标人：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rPr>
        <w:t xml:space="preserve">（盖单章）</w:t>
      </w:r>
      <w:r>
        <w:rPr>
          <w:rFonts w:ascii="宋体" w:hAnsi="宋体" w:cs="宋体"/>
          <w:sz w:val="21"/>
          <w:szCs w:val="21"/>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t xml:space="preserve">2024年8月26日</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spacing w:line="360" w:lineRule="auto" w:before="0" w:after="0"/>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
        <w:rPr>
          <w:rFonts w:ascii="宋体" w:hAnsi="宋体" w:cs="宋体"/>
          <w:sz w:val="21"/>
          <w:szCs w:val="21"/>
        </w:rPr>
      </w:r>
      <w:r/>
      <w:r>
        <w:rPr>
          <w:rFonts w:ascii="宋体" w:hAnsi="宋体" w:cs="宋体"/>
          <w:sz w:val="21"/>
          <w:szCs w:val="21"/>
        </w:rPr>
      </w:r>
      <w:r>
        <w:rPr>
          <w:rFonts w:ascii="宋体" w:hAnsi="宋体" w:cs="宋体"/>
          <w:sz w:val="21"/>
          <w:szCs w:val="21"/>
        </w:rPr>
      </w:r>
    </w:p>
    <w:p>
      <w:pPr>
        <w:pStyle w:val="Heading1"/>
        <w:spacing w:line="360" w:lineRule="auto" w:before="0" w:after="0"/>
        <w:ind w:firstLine="420"/>
      </w:pPr>
      <w:r>
        <w:t>授权委托书</w:t>
      </w:r>
    </w:p>
    <w:p>
      <w:pPr>
        <w:pBdr>
          <w:top w:val="none" w:color="000000" w:sz="4" w:space="0"/>
          <w:left w:val="none" w:color="000000" w:sz="4" w:space="0"/>
          <w:bottom w:val="none" w:color="000000" w:sz="4" w:space="0"/>
          <w:right w:val="none" w:color="000000" w:sz="4" w:space="0"/>
        </w:pBdr>
        <w:spacing w:line="360" w:lineRule="auto" w:before="0" w:after="0"/>
        <w:ind w:right="0" w:left="442" w:firstLine="420"/>
        <w:jc w:val="center"/>
        <w:rPr/>
      </w:pPr>
      <w:r>
        <w:rPr>
          <w:rFonts w:ascii="方正黑体简体" w:hAnsi="方正黑体简体" w:eastAsia="方正黑体简体" w:cs="方正黑体简体"/>
          <w:b/>
          <w:color w:val="000000"/>
          <w:spacing w:val="6"/>
          <w:sz w:val="30"/>
        </w:rPr>
        <w:t xml:space="preserve">二、授权委托书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本人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（姓名）系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（投标人名称）的法定代表人（单位负责人），现委托</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王圣禹</w:t>
      </w:r>
      <w:r>
        <w:rPr>
          <w:rFonts w:ascii="宋体" w:hAnsi="宋体" w:eastAsia="宋体" w:cs="宋体"/>
          <w:color w:val="000000"/>
          <w:spacing w:val="6"/>
          <w:sz w:val="21"/>
          <w:szCs w:val="21"/>
        </w:rPr>
        <w:t xml:space="preserve">（姓名）为我方代理人。代理人根据授权，以我方名义签署、澄清确认、递交、撤回、修改材料采购招标项目投标文件、签订合同和处理有关事宜，其法律后果由我方承担。</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委托期限：</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2024年8月2日 至  2024年12月31日</w:t>
      </w:r>
      <w:r>
        <w:rPr>
          <w:rFonts w:ascii="宋体" w:hAnsi="宋体" w:eastAsia="宋体" w:cs="宋体"/>
          <w:color w:val="000000"/>
          <w:spacing w:val="6"/>
          <w:sz w:val="21"/>
          <w:szCs w:val="21"/>
          <w:u w:val="single"/>
        </w:rPr>
        <w:t xml:space="preserve">。</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代理人无转委托权。</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ab/>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附：法定代表人（单位负责人）身份证复印件及委托代理人身份证复印件。</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sz w:val="21"/>
          <w:szCs w:val="21"/>
          <w:highlight w:val="none"/>
        </w:rPr>
      </w:pPr>
      <w:r>
        <w:rPr>
          <w:rFonts w:ascii="宋体" w:hAnsi="宋体" w:eastAsia="宋体" w:cs="宋体"/>
          <w:color w:val="000000"/>
          <w:spacing w:val="6"/>
          <w:sz w:val="21"/>
          <w:szCs w:val="21"/>
        </w:rPr>
      </w:r>
      <w:r>
        <mc:AlternateContent>
          <mc:Choice Requires="wpg">
            <w:drawing>
              <wp:anchor distT="0" distB="0" distL="115200" distR="115200" simplePos="0" relativeHeight="12288" behindDoc="1" locked="0" layoutInCell="1" allowOverlap="1">
                <wp:simplePos x="0" y="0"/>
                <wp:positionH relativeFrom="column">
                  <wp:posOffset>2480735</wp:posOffset>
                </wp:positionH>
                <wp:positionV relativeFrom="paragraph">
                  <wp:posOffset>36276</wp:posOffset>
                </wp:positionV>
                <wp:extent cx="2448979" cy="1554083"/>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1"/>
                        <a:stretch/>
                      </pic:blipFill>
                      <pic:spPr bwMode="auto">
                        <a:xfrm flipH="0" flipV="0">
                          <a:off x="0" y="0"/>
                          <a:ext cx="2448978" cy="15540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12288;o:allowoverlap:true;o:allowincell:true;mso-position-horizontal-relative:text;margin-left:195.33pt;mso-position-horizontal:absolute;mso-position-vertical-relative:text;margin-top:2.86pt;mso-position-vertical:absolute;width:192.83pt;height:122.37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r>
      <w:r>
        <mc:AlternateContent>
          <mc:Choice Requires="wpg">
            <w:drawing>
              <wp:anchor distT="0" distB="0" distL="115200" distR="115200" simplePos="0" relativeHeight="9216" behindDoc="1" locked="0" layoutInCell="1" allowOverlap="1">
                <wp:simplePos x="0" y="0"/>
                <wp:positionH relativeFrom="column">
                  <wp:posOffset>-76200</wp:posOffset>
                </wp:positionH>
                <wp:positionV relativeFrom="paragraph">
                  <wp:posOffset>36276</wp:posOffset>
                </wp:positionV>
                <wp:extent cx="2321265" cy="1452662"/>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2"/>
                        <a:stretch/>
                      </pic:blipFill>
                      <pic:spPr bwMode="auto">
                        <a:xfrm flipH="0" flipV="0">
                          <a:off x="0" y="0"/>
                          <a:ext cx="2321264" cy="14526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9216;o:allowoverlap:true;o:allowincell:true;mso-position-horizontal-relative:text;margin-left:-6.00pt;mso-position-horizontal:absolute;mso-position-vertical-relative:text;margin-top:2.86pt;mso-position-vertical:absolute;width:182.78pt;height:114.38pt;mso-wrap-distance-left:9.07pt;mso-wrap-distance-top:0.00pt;mso-wrap-distance-right:9.07pt;mso-wrap-distance-bottom:0.00pt;z-index:1;" stroked="false">
                <v:imagedata r:id="rId12"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highlight w:val="none"/>
        </w:rPr>
      </w:r>
      <w:r/>
      <w:r>
        <w:rPr>
          <w:rFonts w:ascii="宋体" w:hAnsi="宋体" w:eastAsia="宋体" w:cs="宋体"/>
          <w:sz w:val="21"/>
          <w:szCs w:val="21"/>
          <w:highlight w:val="none"/>
        </w:rPr>
      </w: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20480" behindDoc="1" locked="0" layoutInCell="1" allowOverlap="1">
                <wp:simplePos x="0" y="0"/>
                <wp:positionH relativeFrom="column">
                  <wp:posOffset>2700020</wp:posOffset>
                </wp:positionH>
                <wp:positionV relativeFrom="paragraph">
                  <wp:posOffset>131192</wp:posOffset>
                </wp:positionV>
                <wp:extent cx="2590800" cy="16383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3"/>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0;o:allowoverlap:true;o:allowincell:true;mso-position-horizontal-relative:text;margin-left:212.60pt;mso-position-horizontal:absolute;mso-position-vertical-relative:text;margin-top:10.33pt;mso-position-vertical:absolute;width:204.00pt;height:129.00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r>
      <w:r>
        <mc:AlternateContent>
          <mc:Choice Requires="wpg">
            <w:drawing>
              <wp:anchor distT="0" distB="0" distL="115200" distR="115200" simplePos="0" relativeHeight="14336" behindDoc="1" locked="0" layoutInCell="1" allowOverlap="1">
                <wp:simplePos x="0" y="0"/>
                <wp:positionH relativeFrom="column">
                  <wp:posOffset>-110064</wp:posOffset>
                </wp:positionH>
                <wp:positionV relativeFrom="paragraph">
                  <wp:posOffset>36258</wp:posOffset>
                </wp:positionV>
                <wp:extent cx="2590800" cy="16383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4"/>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14336;o:allowoverlap:true;o:allowincell:true;mso-position-horizontal-relative:text;margin-left:-8.67pt;mso-position-horizontal:absolute;mso-position-vertical-relative:text;margin-top:2.85pt;mso-position-vertical:absolute;width:204.00pt;height:129.00pt;mso-wrap-distance-left:9.07pt;mso-wrap-distance-top:0.00pt;mso-wrap-distance-right:9.07pt;mso-wrap-distance-bottom:0.00pt;z-index:1;" stroked="false">
                <v:imagedata r:id="rId14" o:title=""/>
                <o:lock v:ext="edit" rotation="t"/>
              </v:shape>
            </w:pict>
          </mc:Fallback>
        </mc:AlternateContent>
      </w:r>
      <w:r>
        <w:rPr>
          <w:rFonts w:ascii="宋体" w:hAnsi="宋体" w:eastAsia="宋体" w:cs="宋体"/>
          <w:color w:val="000000"/>
          <w:spacing w:val="6"/>
          <w:sz w:val="21"/>
          <w:szCs w:val="21"/>
        </w:rPr>
      </w:r>
      <w:r/>
      <w:r>
        <w:rPr>
          <w:rFonts w:ascii="宋体" w:hAnsi="宋体" w:eastAsia="宋体" w:cs="宋体"/>
          <w:color w:val="000000"/>
          <w:spacing w:val="6"/>
          <w:sz w:val="21"/>
          <w:szCs w:val="21"/>
        </w:rPr>
      </w:r>
      <w:r/>
      <w:r>
        <w:rPr>
          <w:rFonts w:ascii="宋体" w:hAnsi="宋体" w:eastAsia="宋体" w:cs="宋体"/>
          <w:color w:val="000000"/>
          <w:spacing w:val="6"/>
          <w:sz w:val="21"/>
          <w:szCs w:val="21"/>
        </w:rPr>
      </w:r>
      <w: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投  标  人：</w:t>
      </w:r>
      <w:r>
        <w:rPr>
          <w:rFonts w:ascii="宋体" w:hAnsi="宋体" w:eastAsia="宋体" w:cs="宋体"/>
          <w:color w:val="000000"/>
          <w:spacing w:val="6"/>
          <w:sz w:val="21"/>
          <w:szCs w:val="21"/>
          <w:u w:val="single"/>
        </w:rPr>
        <w:tab/>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u w:val="single"/>
        </w:rPr>
        <w:t xml:space="preserve"> </w:t>
        <w:tab/>
      </w:r>
      <w:r>
        <w:rPr>
          <w:rFonts w:ascii="宋体" w:hAnsi="宋体" w:eastAsia="宋体" w:cs="宋体"/>
          <w:color w:val="000000"/>
          <w:spacing w:val="6"/>
          <w:sz w:val="21"/>
          <w:szCs w:val="21"/>
        </w:rPr>
        <w:t xml:space="preserve">（盖单位章）</w:t>
      </w:r>
      <w:r>
        <w:rPr>
          <w:rFonts w:ascii="宋体" w:hAnsi="宋体" w:eastAsia="宋体" w:cs="宋体"/>
          <w:sz w:val="21"/>
          <w:szCs w:val="21"/>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tabs>
          <w:tab w:val="left" w:leader="none" w:pos="3559"/>
        </w:tabs>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4096" behindDoc="1" locked="0" layoutInCell="1" allowOverlap="1">
                <wp:simplePos x="0" y="0"/>
                <wp:positionH relativeFrom="column">
                  <wp:posOffset>3562350</wp:posOffset>
                </wp:positionH>
                <wp:positionV relativeFrom="paragraph">
                  <wp:posOffset>31067</wp:posOffset>
                </wp:positionV>
                <wp:extent cx="564351" cy="380461"/>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0"/>
                        <a:stretch/>
                      </pic:blipFill>
                      <pic:spPr bwMode="auto">
                        <a:xfrm flipH="0" flipV="0">
                          <a:off x="0" y="0"/>
                          <a:ext cx="564351" cy="3804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4096;o:allowoverlap:true;o:allowincell:true;mso-position-horizontal-relative:text;margin-left:280.50pt;mso-position-horizontal:absolute;mso-position-vertical-relative:text;margin-top:2.45pt;mso-position-vertical:absolute;width:44.44pt;height:29.96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 </w:t>
        <w:tab/>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法定代表人（单位负责人）：</w:t>
      </w:r>
      <w:r>
        <w:rPr>
          <w:rFonts w:ascii="宋体" w:hAnsi="宋体" w:eastAsia="宋体" w:cs="宋体"/>
          <w:color w:val="000000"/>
          <w:spacing w:val="6"/>
          <w:sz w:val="21"/>
          <w:szCs w:val="21"/>
          <w:u w:val="single"/>
        </w:rPr>
        <w:tab/>
        <w:tab/>
        <w:tab/>
      </w:r>
      <w:r>
        <w:rPr>
          <w:rFonts w:ascii="宋体" w:hAnsi="宋体" w:eastAsia="宋体" w:cs="宋体"/>
          <w:color w:val="000000"/>
          <w:spacing w:val="6"/>
          <w:sz w:val="21"/>
          <w:szCs w:val="21"/>
        </w:rPr>
        <w:t xml:space="preserve">（签字）</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320586198111124857</w:t>
      </w:r>
      <w:r>
        <w:rPr>
          <w:rFonts w:ascii="宋体" w:hAnsi="宋体" w:eastAsia="宋体" w:cs="宋体"/>
          <w:color w:val="000000"/>
          <w:spacing w:val="6"/>
          <w:sz w:val="21"/>
          <w:szCs w:val="21"/>
          <w:u w:val="single"/>
        </w:rPr>
        <w:tab/>
      </w:r>
      <w:r>
        <w:rPr>
          <w:rFonts w:ascii="宋体" w:hAnsi="宋体" w:eastAsia="宋体" w:cs="宋体"/>
          <w:sz w:val="21"/>
          <w:szCs w:val="21"/>
          <w:u w:val="singl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2048" behindDoc="1" locked="0" layoutInCell="1" allowOverlap="1">
                <wp:simplePos x="0" y="0"/>
                <wp:positionH relativeFrom="column">
                  <wp:posOffset>3048000</wp:posOffset>
                </wp:positionH>
                <wp:positionV relativeFrom="paragraph">
                  <wp:posOffset>89836</wp:posOffset>
                </wp:positionV>
                <wp:extent cx="657225" cy="352425"/>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5"/>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048;o:allowoverlap:true;o:allowincell:true;mso-position-horizontal-relative:text;margin-left:240.00pt;mso-position-horizontal:absolute;mso-position-vertical-relative:text;margin-top:7.07pt;mso-position-vertical:absolute;width:51.75pt;height:27.75pt;mso-wrap-distance-left:9.07pt;mso-wrap-distance-top:0.00pt;mso-wrap-distance-right:9.07pt;mso-wrap-distance-bottom:0.00pt;z-index:1;" stroked="false">
                <v:imagedata r:id="rId15"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委托代理人：</w:t>
      </w:r>
      <w:r>
        <w:rPr>
          <w:rFonts w:ascii="宋体" w:hAnsi="宋体" w:eastAsia="宋体" w:cs="宋体"/>
          <w:color w:val="000000"/>
          <w:spacing w:val="6"/>
          <w:sz w:val="21"/>
          <w:szCs w:val="21"/>
          <w:u w:val="single"/>
        </w:rPr>
        <w:tab/>
        <w:tab/>
        <w:tab/>
        <w:t xml:space="preserve">           </w:t>
      </w:r>
      <w:r>
        <w:rPr>
          <w:rFonts w:ascii="宋体" w:hAnsi="宋体" w:eastAsia="宋体" w:cs="宋体"/>
          <w:color w:val="000000"/>
          <w:spacing w:val="6"/>
          <w:sz w:val="21"/>
          <w:szCs w:val="21"/>
        </w:rPr>
        <w:t xml:space="preserve">（签字）</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320321198906163818</w:t>
      </w:r>
      <w:r>
        <w:rPr>
          <w:rFonts w:ascii="宋体" w:hAnsi="宋体" w:eastAsia="宋体" w:cs="宋体"/>
          <w:sz w:val="21"/>
          <w:szCs w:val="21"/>
        </w:rPr>
        <w:t xml:space="preserve"> </w:t>
      </w:r>
      <w:r>
        <w:rPr>
          <w:rFonts w:ascii="宋体" w:hAnsi="宋体" w:eastAsia="宋体" w:cs="宋体"/>
          <w:color w:val="000000"/>
          <w:spacing w:val="6"/>
          <w:sz w:val="21"/>
          <w:szCs w:val="21"/>
          <w:u w:val="single"/>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444" w:left="0" w:firstLine="420"/>
        <w:jc w:val="right"/>
        <w:rPr>
          <w:rFonts w:ascii="宋体" w:hAnsi="宋体" w:cs="宋体"/>
          <w:sz w:val="21"/>
          <w:szCs w:val="21"/>
        </w:rPr>
      </w:pPr>
      <w:r>
        <w:rPr>
          <w:rFonts w:ascii="宋体" w:hAnsi="宋体" w:eastAsia="宋体" w:cs="宋体"/>
          <w:sz w:val="21"/>
          <w:szCs w:val="21"/>
          <w:highlight w:val="none"/>
        </w:rPr>
      </w: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444" w:left="0" w:firstLine="420"/>
        <w:jc w:val="righ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444" w:left="0" w:firstLine="420"/>
        <w:jc w:val="center"/>
        <w:rPr>
          <w:rFonts w:ascii="宋体" w:hAnsi="宋体" w:eastAsia="宋体" w:cs="宋体"/>
          <w:sz w:val="24"/>
          <w:szCs w:val="24"/>
          <w:highlight w:val="none"/>
        </w:rPr>
      </w:pPr>
      <w:r>
        <w:rPr>
          <w:rFonts w:ascii="宋体" w:hAnsi="宋体" w:eastAsia="宋体" w:cs="宋体"/>
          <w:color w:val="000000"/>
          <w:spacing w:val="6"/>
          <w:sz w:val="21"/>
          <w:szCs w:val="21"/>
          <w:u w:val="single"/>
        </w:rPr>
      </w:r>
      <w:r>
        <w:rPr>
          <w:rFonts w:ascii="宋体" w:hAnsi="宋体" w:eastAsia="宋体" w:cs="宋体"/>
          <w:sz w:val="24"/>
          <w:szCs w:val="24"/>
        </w:rPr>
        <w:t xml:space="preserve">2024年8月26日</w:t>
      </w:r>
      <w:r>
        <w:rPr>
          <w:rFonts w:ascii="宋体" w:hAnsi="宋体" w:eastAsia="宋体" w:cs="宋体"/>
          <w:sz w:val="24"/>
          <w:szCs w:val="24"/>
        </w:rPr>
      </w:r>
      <w:r>
        <w:rPr>
          <w:rFonts w:ascii="宋体" w:hAnsi="宋体" w:eastAsia="宋体" w:cs="宋体"/>
          <w:sz w:val="24"/>
          <w:szCs w:val="24"/>
          <w:highlight w:val="none"/>
        </w:rPr>
      </w:r>
    </w:p>
    <w:p>
      <w:pPr>
        <w:pBdr/>
        <w:spacing w:line="360" w:lineRule="auto" w:before="0" w:after="0"/>
        <w:ind w:firstLine="420"/>
        <w:rPr/>
      </w:pPr>
      <w:r/>
      <w:r/>
      <w:r/>
      <w:r/>
      <w:r/>
      <w:r/>
      <w:r/>
      <w:r/>
    </w:p>
    <w:p>
      <w:pPr>
        <w:pStyle w:val="Heading1"/>
        <w:spacing w:line="360" w:lineRule="auto" w:before="0" w:after="0"/>
        <w:ind w:firstLine="420"/>
      </w:pPr>
      <w:r>
        <w:t>联合体协议书（不适用）</w:t>
      </w:r>
    </w:p>
    <w:p>
      <w:pPr>
        <w:pStyle w:val="Heading1"/>
        <w:spacing w:line="360" w:lineRule="auto" w:before="0" w:after="0"/>
        <w:ind w:firstLine="420"/>
      </w:pPr>
      <w:r>
        <w:t>投标保证金</w:t>
      </w:r>
    </w:p>
    <w:p>
      <w:pPr>
        <w:pStyle w:val="Heading1"/>
        <w:spacing w:line="360" w:lineRule="auto" w:before="0" w:after="0"/>
        <w:ind w:firstLine="420"/>
      </w:pPr>
      <w:r>
        <w:t>商务和技术偏差表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黑体简体" w:hAnsi="方正黑体简体" w:eastAsia="方正黑体简体" w:cs="方正黑体简体"/>
          <w:b/>
          <w:color w:val="000000"/>
          <w:spacing w:val="6"/>
          <w:sz w:val="30"/>
        </w:rPr>
        <w:t xml:space="preserve">五、商务响应及偏差表</w:t>
      </w:r>
      <w:r/>
    </w:p>
    <w:p>
      <w:pPr>
        <w:pBdr>
          <w:top w:val="none" w:color="000000" w:sz="4" w:space="0"/>
          <w:left w:val="none" w:color="000000" w:sz="4" w:space="0"/>
          <w:bottom w:val="none" w:color="000000" w:sz="4" w:space="0"/>
          <w:right w:val="none" w:color="000000" w:sz="4" w:space="0"/>
        </w:pBdr>
        <w:spacing w:line="360" w:lineRule="auto" w:before="0" w:after="0"/>
        <w:ind w:right="0" w:left="442" w:firstLine="420"/>
        <w:rPr/>
      </w:pPr>
      <w:r>
        <w:rPr>
          <w:rFonts w:ascii="方正黑体简体" w:hAnsi="方正黑体简体" w:eastAsia="方正黑体简体" w:cs="方正黑体简体"/>
          <w:b/>
          <w:color w:val="000000"/>
          <w:spacing w:val="6"/>
          <w:sz w:val="30"/>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rPr/>
            </w:pPr>
            <w:r>
              <w:rPr>
                <w:rFonts w:ascii="方正黑体简体" w:hAnsi="方正黑体简体" w:eastAsia="方正黑体简体" w:cs="方正黑体简体"/>
                <w:color w:val="000000"/>
                <w:spacing w:val="2"/>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pPr>
            <w:r>
              <w:rPr>
                <w:rFonts w:ascii="SimSun" w:hAnsi="SimSun" w:eastAsia="SimSun" w:cs="SimSun"/>
                <w:color w:val="000000"/>
                <w:spacing w:val="6"/>
                <w:sz w:val="21"/>
              </w:rPr>
              <w:t xml:space="preserve">无</w:t>
            </w:r>
            <w:r>
              <w:rPr>
                <w:rFonts w:ascii="SimSun" w:hAnsi="SimSun" w:eastAsia="SimSun" w:cs="SimSun"/>
                <w:color w:val="000000"/>
                <w:spacing w:val="6"/>
                <w:sz w:val="21"/>
              </w:rPr>
              <w:t xml:space="preserve">偏差</w:t>
            </w:r>
            <w:r>
              <w:rPr>
                <w:rFonts w:ascii="SimSun" w:hAnsi="SimSun" w:eastAsia="SimSun" w:cs="SimSun"/>
                <w:color w:val="000000"/>
                <w:spacing w:val="6"/>
                <w:sz w:val="21"/>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宋体" w:hAnsi="宋体" w:eastAsia="宋体" w:cs="宋体"/>
          <w:color w:val="000000"/>
          <w:spacing w:val="6"/>
          <w:sz w:val="21"/>
        </w:rPr>
        <w:t xml:space="preserve">投标人保证：除商务和技术偏差表列出的偏差外，投标人响应招标文件的全部要求。</w:t>
      </w:r>
      <w:r>
        <w:br w:type="page" w:clear="all"/>
      </w:r>
      <w:r>
        <w:rPr>
          <w:rFonts w:ascii="SimSun" w:hAnsi="SimSun" w:eastAsia="SimSun" w:cs="SimSun"/>
          <w:sz w:val="21"/>
        </w:rPr>
      </w:r>
      <w:r/>
    </w:p>
    <w:p>
      <w:pPr>
        <w:pBdr/>
        <w:spacing w:line="360" w:lineRule="auto" w:before="0" w:after="0"/>
        <w:ind w:firstLine="420"/>
        <w:rPr/>
      </w:pPr>
      <w:r>
        <w:rPr>
          <w:rFonts w:ascii="SimSun" w:hAnsi="SimSun" w:eastAsia="SimSun" w:cs="SimSun"/>
          <w:color w:val="000000"/>
          <w:spacing w:val="6"/>
          <w:sz w:val="21"/>
        </w:rPr>
        <w:t xml:space="preserve"> </w:t>
      </w:r>
      <w:r/>
    </w:p>
    <w:p>
      <w:pPr>
        <w:pStyle w:val="Heading1"/>
        <w:spacing w:line="360" w:lineRule="auto" w:before="0" w:after="0"/>
        <w:ind w:firstLine="420"/>
      </w:pPr>
      <w:r>
        <w:t>报价表</w:t>
      </w:r>
    </w:p>
    <w:p>
      <w:pPr>
        <w:pStyle w:val="Heading2"/>
        <w:spacing w:line="360" w:lineRule="auto" w:before="0" w:after="0"/>
        <w:ind w:firstLine="420"/>
      </w:pPr>
      <w:r>
        <w:t>开标一览表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t xml:space="preserve">开标一览表格式</w:t>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b/>
          <w:bCs/>
          <w:sz w:val="30"/>
          <w:szCs w:val="30"/>
        </w:rPr>
      </w:pPr>
      <w:r>
        <w:rPr>
          <w:rFonts w:ascii="宋体" w:hAnsi="宋体" w:eastAsia="宋体" w:cs="宋体"/>
          <w:b/>
          <w:bCs/>
          <w:color w:val="000000"/>
          <w:spacing w:val="6"/>
          <w:sz w:val="30"/>
          <w:szCs w:val="30"/>
        </w:rPr>
      </w:r>
      <w:r>
        <w:rPr>
          <w:rFonts w:ascii="宋体" w:hAnsi="宋体" w:eastAsia="宋体" w:cs="宋体"/>
          <w:color w:val="000000"/>
          <w:spacing w:val="6"/>
          <w:sz w:val="21"/>
          <w:szCs w:val="21"/>
        </w:rPr>
        <w:t xml:space="preserve">项目名称：</w:t>
      </w:r>
      <w:r>
        <w:rPr>
          <w:rFonts w:ascii="宋体" w:hAnsi="宋体" w:eastAsia="宋体" w:cs="宋体"/>
          <w:sz w:val="21"/>
          <w:szCs w:val="21"/>
          <w:u w:val="single"/>
        </w:rPr>
        <w:t xml:space="preserve">大连石化公司2024年-2025年石蜡包装用打包带、胶带年度框架采购招标（二次）</w:t>
      </w:r>
      <w:r>
        <w:rPr>
          <w:rFonts w:ascii="宋体" w:hAnsi="宋体" w:eastAsia="宋体" w:cs="宋体"/>
          <w:color w:val="000000"/>
          <w:spacing w:val="6"/>
          <w:sz w:val="21"/>
          <w:szCs w:val="21"/>
        </w:rPr>
        <w:t xml:space="preserve">           招标编号：</w:t>
      </w:r>
      <w:r>
        <w:rPr>
          <w:rFonts w:ascii="宋体" w:hAnsi="宋体" w:eastAsia="宋体" w:cs="宋体"/>
          <w:sz w:val="21"/>
          <w:szCs w:val="21"/>
          <w:u w:val="single"/>
        </w:rPr>
        <w:t xml:space="preserve">ZY24-SY11-WZ030C</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b/>
          <w:bCs/>
          <w:sz w:val="30"/>
          <w:szCs w:val="30"/>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投标货币：</w:t>
      </w:r>
      <w:r>
        <w:rPr>
          <w:rFonts w:ascii="宋体" w:hAnsi="宋体" w:eastAsia="宋体" w:cs="宋体"/>
          <w:color w:val="000000"/>
          <w:spacing w:val="6"/>
          <w:sz w:val="21"/>
          <w:szCs w:val="21"/>
          <w:u w:val="single"/>
        </w:rPr>
        <w:t xml:space="preserve">       人民币             </w:t>
      </w:r>
      <w:r>
        <w:rPr>
          <w:rFonts w:ascii="宋体" w:hAnsi="宋体" w:eastAsia="宋体" w:cs="宋体"/>
          <w:color w:val="000000"/>
          <w:spacing w:val="6"/>
          <w:sz w:val="21"/>
          <w:szCs w:val="21"/>
        </w:rPr>
        <w:t xml:space="preserve">               货币单位：</w:t>
      </w:r>
      <w:r>
        <w:rPr>
          <w:rFonts w:ascii="宋体" w:hAnsi="宋体" w:eastAsia="宋体" w:cs="宋体"/>
          <w:color w:val="000000"/>
          <w:spacing w:val="6"/>
          <w:sz w:val="21"/>
          <w:szCs w:val="21"/>
          <w:u w:val="single"/>
        </w:rPr>
        <w:t xml:space="preserve"> 元    </w:t>
      </w:r>
      <w:r>
        <w:rPr>
          <w:rFonts w:ascii="宋体" w:hAnsi="宋体" w:eastAsia="宋体" w:cs="宋体"/>
          <w:sz w:val="21"/>
          <w:szCs w:val="21"/>
        </w:rPr>
      </w:r>
      <w:r>
        <w:rPr>
          <w:rFonts w:ascii="宋体" w:hAnsi="宋体" w:cs="宋体"/>
          <w:sz w:val="21"/>
          <w:szCs w:val="21"/>
        </w:rPr>
      </w:r>
    </w:p>
    <w:tbl>
      <w:tblPr>
        <w:tblStyle w:val="TableGrid"/>
        <w:tblW w:w="0" w:type="auto"/>
        <w:tblInd w:w="-102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0"/>
        <w:gridCol w:w="1314"/>
        <w:gridCol w:w="1104"/>
        <w:gridCol w:w="1099"/>
        <w:gridCol w:w="992"/>
        <w:gridCol w:w="2551"/>
        <w:gridCol w:w="1984"/>
      </w:tblGrid>
      <w:tr>
        <w:trPr>
          <w:trHeight w:val="68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价格条件</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到货总价（元）</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有效期</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保证金</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交货期</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r>
              <w:rPr>
                <w:rFonts w:ascii="宋体" w:hAnsi="宋体" w:cs="宋体"/>
                <w:sz w:val="21"/>
                <w:szCs w:val="21"/>
              </w:rPr>
            </w:r>
          </w:p>
        </w:tc>
      </w:tr>
      <w:tr>
        <w:trPr>
          <w:trHeight w:val="66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含税含运费</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389100.00</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99" w:type="dxa"/>
            <w:vAlign w:val="top"/>
            <w:textDirection w:val="lrTb"/>
            <w:noWrap w:val="false"/>
          </w:tcPr>
          <w:p>
            <w:pPr>
              <w:pStyle w:val="1_716"/>
              <w:pBdr/>
              <w:spacing/>
              <w:ind/>
              <w:jc w:val="center"/>
              <w:rPr>
                <w:rFonts w:hint="eastAsia"/>
                <w:lang w:eastAsia="zh-CN"/>
              </w:rPr>
            </w:pPr>
            <w:r>
              <w:rPr>
                <w:rFonts w:ascii="宋体" w:hAnsi="宋体" w:eastAsia="宋体" w:cs="宋体"/>
                <w:color w:val="000000"/>
                <w:spacing w:val="2"/>
                <w:sz w:val="21"/>
                <w:szCs w:val="21"/>
              </w:rPr>
              <w:t xml:space="preserve"> </w:t>
            </w:r>
            <w:r>
              <w:rPr>
                <w:rFonts w:ascii="宋体" w:hAnsi="宋体" w:cs="宋体"/>
                <w:sz w:val="21"/>
                <w:szCs w:val="21"/>
              </w:rPr>
            </w:r>
            <w:r>
              <w:rPr>
                <w:rFonts w:hint="eastAsia"/>
                <w:lang w:eastAsia="zh-CN"/>
              </w:rPr>
              <w:t xml:space="preserve">开标之日起90个日历天</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eastAsia="宋体" w:cs="宋体"/>
                <w:sz w:val="21"/>
                <w:szCs w:val="21"/>
              </w:rPr>
            </w:r>
            <w:r>
              <w:rPr>
                <w:rFonts w:ascii="宋体" w:hAnsi="宋体" w:cs="宋体"/>
                <w:sz w:val="21"/>
                <w:szCs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9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5000.00元</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1" w:type="dxa"/>
            <w:vAlign w:val="top"/>
            <w:textDirection w:val="lrTb"/>
            <w:noWrap w:val="false"/>
          </w:tcPr>
          <w:p>
            <w:pPr>
              <w:pStyle w:val="1_716"/>
              <w:pBdr/>
              <w:spacing/>
              <w:ind/>
              <w:jc w:val="center"/>
              <w:rPr>
                <w:rFonts w:hint="eastAsia"/>
                <w:lang w:eastAsia="zh-CN"/>
              </w:rPr>
            </w:pPr>
            <w:r>
              <w:rPr>
                <w:rFonts w:ascii="宋体" w:hAnsi="宋体" w:eastAsia="宋体" w:cs="宋体"/>
                <w:color w:val="000000"/>
                <w:spacing w:val="2"/>
                <w:sz w:val="21"/>
                <w:szCs w:val="21"/>
              </w:rPr>
              <w:t xml:space="preserve"> </w:t>
            </w:r>
            <w:r>
              <w:rPr>
                <w:rFonts w:ascii="宋体" w:hAnsi="宋体" w:cs="宋体"/>
                <w:sz w:val="21"/>
                <w:szCs w:val="21"/>
              </w:rPr>
            </w:r>
            <w:r>
              <w:rPr>
                <w:rFonts w:hint="eastAsia"/>
                <w:lang w:eastAsia="zh-CN"/>
              </w:rPr>
              <w:t xml:space="preserve">自合同生效之日起至2025年7月31日前，具体时间以买方电话通知为准</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eastAsia="宋体" w:cs="宋体"/>
                <w:sz w:val="21"/>
                <w:szCs w:val="21"/>
              </w:rPr>
            </w:r>
            <w:r>
              <w:rPr>
                <w:rFonts w:ascii="宋体" w:hAnsi="宋体" w:cs="宋体"/>
                <w:sz w:val="21"/>
                <w:szCs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r>
            <w:r>
              <w:rPr>
                <w:rFonts w:ascii="宋体" w:hAnsi="宋体" w:cs="宋体"/>
                <w:sz w:val="21"/>
                <w:szCs w:val="21"/>
              </w:rP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spacing w:line="360" w:lineRule="auto" w:before="0" w:after="0"/>
        <w:ind w:firstLine="420"/>
        <w:rPr/>
      </w:pPr>
      <w:r/>
      <w:r>
        <mc:AlternateContent>
          <mc:Choice Requires="wpg">
            <w:drawing>
              <wp:anchor distT="0" distB="0" distL="115200" distR="115200" simplePos="0" relativeHeight="2048" behindDoc="1" locked="0" layoutInCell="1" allowOverlap="1">
                <wp:simplePos x="0" y="0"/>
                <wp:positionH relativeFrom="column">
                  <wp:posOffset>-285750</wp:posOffset>
                </wp:positionH>
                <wp:positionV relativeFrom="paragraph">
                  <wp:posOffset>314325</wp:posOffset>
                </wp:positionV>
                <wp:extent cx="1514475" cy="1485900"/>
                <wp:effectExtent l="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9"/>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22.50pt;mso-position-horizontal:absolute;mso-position-vertical-relative:text;margin-top:24.75pt;mso-position-vertical:absolute;width:119.25pt;height:117.00pt;mso-wrap-distance-left:9.07pt;mso-wrap-distance-top:0.00pt;mso-wrap-distance-right:9.07pt;mso-wrap-distance-bottom:0.00pt;z-index:1;" stroked="false">
                <v:imagedata r:id="rId9" o:title=""/>
                <o:lock v:ext="edit" rotation="t"/>
              </v:shape>
            </w:pict>
          </mc:Fallback>
        </mc:AlternateContent>
      </w:r>
      <w:r/>
      <w:r/>
      <w:r/>
      <w:r>
        <mc:AlternateContent>
          <mc:Choice Requires="wpg">
            <w:drawing>
              <wp:anchor distT="0" distB="0" distL="115200" distR="115200" simplePos="0" relativeHeight="4096" behindDoc="1" locked="0" layoutInCell="1" allowOverlap="1">
                <wp:simplePos x="0" y="0"/>
                <wp:positionH relativeFrom="column">
                  <wp:posOffset>1924050</wp:posOffset>
                </wp:positionH>
                <wp:positionV relativeFrom="paragraph">
                  <wp:posOffset>952500</wp:posOffset>
                </wp:positionV>
                <wp:extent cx="657225" cy="352425"/>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5"/>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151.50pt;mso-position-horizontal:absolute;mso-position-vertical-relative:text;margin-top:75.00pt;mso-position-vertical:absolute;width:51.75pt;height:27.75pt;mso-wrap-distance-left:9.07pt;mso-wrap-distance-top:0.00pt;mso-wrap-distance-right:9.07pt;mso-wrap-distance-bottom:0.00pt;z-index:1;" stroked="false">
                <v:imagedata r:id="rId15" o:title=""/>
                <o:lock v:ext="edit" rotation="t"/>
              </v:shape>
            </w:pict>
          </mc:Fallback>
        </mc:AlternateContent>
      </w:r>
      <w:r/>
      <w:r/>
    </w:p>
    <w:p>
      <w:pPr>
        <w:pStyle w:val="Heading3"/>
        <w:spacing w:line="360" w:lineRule="auto" w:before="0" w:after="0"/>
        <w:ind w:firstLine="420"/>
      </w:pPr>
      <w:r>
        <w:t>分项报价表</w:t>
      </w:r>
    </w:p>
    <w:p>
      <w:pPr>
        <w:pStyle w:val="Heading1"/>
        <w:spacing w:line="360" w:lineRule="auto" w:before="0" w:after="0"/>
        <w:ind w:firstLine="420"/>
      </w:pPr>
      <w:r>
        <w:t>资格审查资料</w:t>
      </w:r>
    </w:p>
    <w:p>
      <w:pPr>
        <w:pStyle w:val="Heading2"/>
        <w:spacing w:line="360" w:lineRule="auto" w:before="0" w:after="0"/>
        <w:ind w:firstLine="420"/>
      </w:pPr>
      <w:r>
        <w:t>基本情况表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color w:val="000000"/>
          <w:spacing w:val="6"/>
          <w:sz w:val="30"/>
          <w:szCs w:val="30"/>
          <w:highlight w:val="none"/>
        </w:rPr>
      </w:pPr>
      <w:r>
        <w:rPr>
          <w:rFonts w:ascii="SimSun" w:hAnsi="SimSun" w:eastAsia="SimSun" w:cs="SimSun"/>
          <w:color w:val="000000"/>
          <w:spacing w:val="6"/>
          <w:sz w:val="30"/>
        </w:rPr>
        <w:t xml:space="preserve">基本情况表</w:t>
      </w:r>
      <w:r>
        <w:rPr>
          <w:rFonts w:ascii="SimSun" w:hAnsi="SimSun" w:eastAsia="SimSun" w:cs="SimSun"/>
          <w:color w:val="000000"/>
          <w:spacing w:val="6"/>
          <w:sz w:val="30"/>
          <w:szCs w:val="30"/>
          <w:highlight w:val="none"/>
        </w:rPr>
      </w:r>
      <w:r>
        <w:rPr>
          <w:rFonts w:ascii="SimSun" w:hAnsi="SimSun" w:eastAsia="SimSun" w:cs="SimSun"/>
          <w:color w:val="000000"/>
          <w:spacing w:val="6"/>
          <w:sz w:val="30"/>
          <w:szCs w:val="30"/>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30"/>
          <w:szCs w:val="30"/>
        </w:rPr>
      </w:pPr>
      <w:r>
        <w:rPr>
          <w:rFonts w:ascii="SimSun" w:hAnsi="SimSun" w:eastAsia="SimSun" w:cs="SimSun"/>
          <w:color w:val="000000"/>
          <w:spacing w:val="6"/>
          <w:sz w:val="30"/>
          <w:highlight w:val="none"/>
        </w:rPr>
      </w:r>
      <w:r>
        <w:rPr>
          <w:rFonts w:ascii="SimSun" w:hAnsi="SimSun" w:eastAsia="SimSun" w:cs="SimSun"/>
          <w:sz w:val="30"/>
          <w:szCs w:val="30"/>
        </w:rPr>
      </w:r>
      <w:r>
        <w:rPr>
          <w:rFonts w:ascii="SimSun" w:hAnsi="SimSun" w:eastAsia="SimSun" w:cs="SimSun"/>
          <w:sz w:val="30"/>
          <w:szCs w:val="30"/>
        </w:rP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注册资金</w:t>
            </w:r>
            <w:r>
              <w:rPr>
                <w:rFonts w:ascii="宋体" w:hAnsi="宋体" w:eastAsia="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200万人民币</w:t>
            </w: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成立时间</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2020-09-23 00:00:00</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注册地址</w:t>
            </w:r>
            <w:r>
              <w:rPr>
                <w:rFonts w:ascii="宋体" w:hAnsi="宋体" w:eastAsia="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苏州市高新区金枫路655号A1东厂房</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邮政编码</w:t>
            </w:r>
            <w:r>
              <w:rPr>
                <w:rFonts w:ascii="宋体" w:hAnsi="宋体" w:eastAsia="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215011 </w:t>
            </w:r>
            <w:r>
              <w:rPr>
                <w:rFonts w:ascii="宋体" w:hAnsi="宋体" w:eastAsia="宋体" w:cs="宋体"/>
                <w:color w:val="000000"/>
                <w:spacing w:val="6"/>
                <w:sz w:val="21"/>
                <w:szCs w:val="21"/>
              </w:rPr>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员工总数</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80</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联系方式</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联系人</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王圣禹</w:t>
            </w: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13865915051</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网址</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传真</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法定代表人</w:t>
            </w:r>
            <w:r>
              <w:rPr>
                <w:rFonts w:ascii="宋体" w:hAnsi="宋体" w:eastAsia="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（单位负责人）</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陈丽平</w:t>
            </w: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18551105168</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投标人须知要求投标人需具有的各类资质证书</w:t>
            </w:r>
            <w:r>
              <w:rPr>
                <w:rFonts w:ascii="宋体" w:hAnsi="宋体" w:eastAsia="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基本账户开户银行</w:t>
            </w:r>
            <w:r>
              <w:rPr>
                <w:rFonts w:ascii="宋体" w:hAnsi="宋体" w:eastAsia="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中国工商银行股份有限公司苏州浒关开发区支行</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基本账户银行账号</w:t>
            </w:r>
            <w:r>
              <w:rPr>
                <w:rFonts w:ascii="宋体" w:hAnsi="宋体" w:eastAsia="宋体" w:cs="宋体"/>
                <w:sz w:val="21"/>
                <w:szCs w:val="21"/>
              </w:rP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1102181409100043718</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近三年营业额</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2021年：5027129.12元 2022年：7798837.49元 2023年：5917967.07元</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投标人关联企业情况（包括但不限于与投标人法定代表人（单位负责人）为同一人或者存在控股、管理关系的不同单位）</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不存在</w:t>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投标材料制造商名称</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无</w:t>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w:t>
            </w:r>
            <w:r>
              <w:rPr>
                <w:rFonts w:ascii="宋体" w:hAnsi="宋体" w:eastAsia="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投标材料制造商需具有的资质证书</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r>
    </w:tbl>
    <w:p>
      <w:pPr>
        <w:pBdr/>
        <w:spacing w:line="360" w:lineRule="auto" w:before="0" w:after="0"/>
        <w:ind w:firstLine="420"/>
        <w:rPr>
          <w:rFonts w:ascii="宋体" w:hAnsi="宋体" w:cs="宋体"/>
          <w:sz w:val="21"/>
          <w:szCs w:val="21"/>
        </w:rPr>
      </w:pPr>
      <w:r>
        <w:rPr>
          <w:rFonts w:ascii="宋体" w:hAnsi="宋体" w:eastAsia="宋体" w:cs="宋体"/>
          <w:color w:val="000000"/>
          <w:spacing w:val="6"/>
          <w:sz w:val="21"/>
          <w:szCs w:val="21"/>
        </w:rPr>
        <w:t xml:space="preserve">注：按照招标公告3.投标人资格要求或第三章评标办法中要求提供，如对提供资料无明确要求的，投标人应根据投标人须知第3.5.1项的要求附相关证明材料。</w:t>
      </w:r>
      <w:r>
        <w:rPr>
          <w:rFonts w:ascii="宋体" w:hAnsi="宋体" w:eastAsia="宋体" w:cs="宋体"/>
          <w:sz w:val="21"/>
          <w:szCs w:val="21"/>
        </w:rPr>
      </w:r>
    </w:p>
    <w:p>
      <w:pPr>
        <w:pStyle w:val="Heading3"/>
        <w:spacing w:line="360" w:lineRule="auto" w:before="0" w:after="0"/>
        <w:ind w:firstLine="420"/>
      </w:pPr>
      <w:r>
        <w:t>营业执照</w:t>
      </w:r>
    </w:p>
    <w:p>
      <w:pPr>
        <w:pStyle w:val="Heading2"/>
        <w:spacing w:line="360" w:lineRule="auto" w:before="0" w:after="0"/>
        <w:ind w:firstLine="420"/>
      </w:pPr>
      <w:r>
        <w:t>近年财务状况表</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lvl w:ilvl="0">
      <w:isLgl w:val="false"/>
      <w:lvlJc w:val="left"/>
      <w:lvlText w:val="%1、"/>
      <w:numFmt w:val="decimal"/>
      <w:pPr>
        <w:pBdr/>
        <w:spacing/>
        <w:ind w:hanging="720" w:left="1162"/>
      </w:pPr>
      <w:rPr/>
      <w:start w:val="1"/>
      <w:suff w:val="space"/>
    </w:lvl>
    <w:lvl w:ilvl="1">
      <w:isLgl w:val="false"/>
      <w:lvlJc w:val="left"/>
      <w:lvlText w:val="%2)"/>
      <w:numFmt w:val="lowerLetter"/>
      <w:pPr>
        <w:pBdr/>
        <w:spacing/>
        <w:ind w:hanging="420" w:left="1282"/>
      </w:pPr>
      <w:rPr/>
      <w:start w:val="1"/>
      <w:suff w:val="space"/>
    </w:lvl>
    <w:lvl w:ilvl="2">
      <w:isLgl w:val="false"/>
      <w:lvlJc w:val="right"/>
      <w:lvlText w:val="%3."/>
      <w:numFmt w:val="lowerRoman"/>
      <w:pPr>
        <w:pBdr/>
        <w:spacing/>
        <w:ind w:hanging="420" w:left="1702"/>
      </w:pPr>
      <w:rPr/>
      <w:start w:val="1"/>
      <w:suff w:val="space"/>
    </w:lvl>
    <w:lvl w:ilvl="3">
      <w:isLgl w:val="false"/>
      <w:lvlJc w:val="left"/>
      <w:lvlText w:val="%4."/>
      <w:numFmt w:val="decimal"/>
      <w:pPr>
        <w:pBdr/>
        <w:spacing/>
        <w:ind w:hanging="420" w:left="2122"/>
      </w:pPr>
      <w:rPr/>
      <w:start w:val="1"/>
      <w:suff w:val="space"/>
    </w:lvl>
    <w:lvl w:ilvl="4">
      <w:isLgl w:val="false"/>
      <w:lvlJc w:val="left"/>
      <w:lvlText w:val="%5)"/>
      <w:numFmt w:val="lowerLetter"/>
      <w:pPr>
        <w:pBdr/>
        <w:spacing/>
        <w:ind w:hanging="420" w:left="2542"/>
      </w:pPr>
      <w:rPr/>
      <w:start w:val="1"/>
      <w:suff w:val="space"/>
    </w:lvl>
    <w:lvl w:ilvl="5">
      <w:isLgl w:val="false"/>
      <w:lvlJc w:val="right"/>
      <w:lvlText w:val="%6."/>
      <w:numFmt w:val="lowerRoman"/>
      <w:pPr>
        <w:pBdr/>
        <w:spacing/>
        <w:ind w:hanging="420" w:left="2962"/>
      </w:pPr>
      <w:rPr/>
      <w:start w:val="1"/>
      <w:suff w:val="space"/>
    </w:lvl>
    <w:lvl w:ilvl="6">
      <w:isLgl w:val="false"/>
      <w:lvlJc w:val="left"/>
      <w:lvlText w:val="%7."/>
      <w:numFmt w:val="decimal"/>
      <w:pPr>
        <w:pBdr/>
        <w:spacing/>
        <w:ind w:hanging="420" w:left="3382"/>
      </w:pPr>
      <w:rPr/>
      <w:start w:val="1"/>
      <w:suff w:val="space"/>
    </w:lvl>
    <w:lvl w:ilvl="7">
      <w:isLgl w:val="false"/>
      <w:lvlJc w:val="left"/>
      <w:lvlText w:val="%8)"/>
      <w:numFmt w:val="lowerLetter"/>
      <w:pPr>
        <w:pBdr/>
        <w:spacing/>
        <w:ind w:hanging="420" w:left="3802"/>
      </w:pPr>
      <w:rPr/>
      <w:start w:val="1"/>
      <w:suff w:val="space"/>
    </w:lvl>
    <w:lvl w:ilvl="8">
      <w:isLgl w:val="false"/>
      <w:lvlJc w:val="right"/>
      <w:lvlText w:val="%9."/>
      <w:numFmt w:val="lowerRoman"/>
      <w:pPr>
        <w:pBdr/>
        <w:spacing/>
        <w:ind w:hanging="420" w:left="4222"/>
      </w:pPr>
      <w:rPr/>
      <w:start w:val="1"/>
      <w:suff w:val="space"/>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10">
    <w:abstractNumId w:val="9"/>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1_716" w:customStyle="1">
    <w:name w:val="表内正文"/>
    <w:basedOn w:val="702"/>
    <w:link w:val="746"/>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color="000000"/>
      <w:spacing w:after="0" w:afterAutospacing="0" w:before="0" w:beforeAutospacing="0" w:line="320" w:lineRule="atLeast"/>
      <w:ind w:right="0" w:firstLine="0" w:left="0"/>
      <w:contextualSpacing w:val="false"/>
      <w:jc w:val="left"/>
    </w:pPr>
    <w:rPr>
      <w:rFonts w:ascii="宋体" w:hAnsi="宋体" w:eastAsia="宋体" w:cs="Times New Roman"/>
      <w:b w:val="0"/>
      <w:bCs w:val="0"/>
      <w:i w:val="0"/>
      <w:iCs w:val="0"/>
      <w:caps w:val="0"/>
      <w:smallCaps w:val="0"/>
      <w:strike w:val="0"/>
      <w:vanish w:val="0"/>
      <w:color w:val="auto"/>
      <w:spacing w:val="2"/>
      <w:position w:val="0"/>
      <w:sz w:val="21"/>
      <w:szCs w:val="21"/>
      <w:highlight w:val="none"/>
      <w:u w:val="none"/>
      <w:vertAlign w:val="baseline"/>
      <w:rtl w:val="0"/>
      <w:cs w:val="0"/>
      <w:lang w:val="en-US" w:eastAsia="en-US" w:bidi="en-US"/>
      <w14:ligatures w14:val="none"/>
    </w:rPr>
  </w:style>
  <w:style w:type="table" w:styleId="746">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