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身份证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9020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543f90-b667-4f33-9be5-6678a68573b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902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0896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cb372c7-aad0-4fca-86e6-e12adcc3b4c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089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毕业证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971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53b2dc0-99b2-442d-8dd0-81c33ea1747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971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